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A2AFD" w14:textId="77777777" w:rsidR="00822BC5" w:rsidRPr="00DE66DF" w:rsidRDefault="00A91209" w:rsidP="00A6603C">
      <w:pPr>
        <w:spacing w:after="0"/>
        <w:jc w:val="center"/>
        <w:rPr>
          <w:rFonts w:ascii="Times New Roman" w:hAnsi="Times New Roman" w:cs="Times New Roman"/>
          <w:sz w:val="24"/>
          <w:szCs w:val="24"/>
        </w:rPr>
      </w:pPr>
      <w:r w:rsidRPr="00DE66DF">
        <w:rPr>
          <w:rFonts w:ascii="Times New Roman" w:hAnsi="Times New Roman" w:cs="Times New Roman"/>
          <w:b/>
          <w:color w:val="003366"/>
          <w:sz w:val="24"/>
          <w:szCs w:val="24"/>
        </w:rPr>
        <w:t>FORMULARE DE OFERTĂ ȘI DECLARAȚII</w:t>
      </w:r>
      <w:r w:rsidRPr="00DE66DF">
        <w:rPr>
          <w:rFonts w:ascii="Times New Roman" w:hAnsi="Times New Roman" w:cs="Times New Roman"/>
          <w:b/>
          <w:color w:val="003366"/>
          <w:sz w:val="24"/>
          <w:szCs w:val="24"/>
        </w:rPr>
        <w:br/>
      </w:r>
      <w:r w:rsidRPr="00DE66DF">
        <w:rPr>
          <w:rFonts w:ascii="Times New Roman" w:hAnsi="Times New Roman" w:cs="Times New Roman"/>
          <w:color w:val="464646"/>
          <w:sz w:val="24"/>
          <w:szCs w:val="24"/>
        </w:rPr>
        <w:t>pentru achiziția directă de lucrări de execuție:</w:t>
      </w:r>
      <w:r w:rsidRPr="00DE66DF">
        <w:rPr>
          <w:rFonts w:ascii="Times New Roman" w:hAnsi="Times New Roman" w:cs="Times New Roman"/>
          <w:color w:val="464646"/>
          <w:sz w:val="24"/>
          <w:szCs w:val="24"/>
        </w:rPr>
        <w:br/>
      </w:r>
      <w:r w:rsidRPr="00DE66DF">
        <w:rPr>
          <w:rFonts w:ascii="Times New Roman" w:hAnsi="Times New Roman" w:cs="Times New Roman"/>
          <w:b/>
          <w:color w:val="003366"/>
          <w:sz w:val="24"/>
          <w:szCs w:val="24"/>
        </w:rPr>
        <w:t>„Amenajare trotuare lângă DJ153C” – Strada Szent István (AX1 și AX2),</w:t>
      </w:r>
      <w:r w:rsidRPr="00DE66DF">
        <w:rPr>
          <w:rFonts w:ascii="Times New Roman" w:hAnsi="Times New Roman" w:cs="Times New Roman"/>
          <w:b/>
          <w:color w:val="003366"/>
          <w:sz w:val="24"/>
          <w:szCs w:val="24"/>
        </w:rPr>
        <w:br/>
        <w:t>Comuna Remetea, Județul Harghita</w:t>
      </w:r>
    </w:p>
    <w:p w14:paraId="537FEE39" w14:textId="77777777" w:rsidR="00822BC5" w:rsidRPr="00DE66DF" w:rsidRDefault="00822BC5" w:rsidP="00A6603C">
      <w:pPr>
        <w:spacing w:after="0"/>
        <w:rPr>
          <w:rFonts w:ascii="Times New Roman" w:hAnsi="Times New Roman" w:cs="Times New Roman"/>
          <w:sz w:val="24"/>
          <w:szCs w:val="24"/>
        </w:rPr>
      </w:pPr>
    </w:p>
    <w:p w14:paraId="6DE2D107" w14:textId="77777777" w:rsidR="00822BC5" w:rsidRPr="00DE66DF" w:rsidRDefault="00A91209" w:rsidP="00A6603C">
      <w:pPr>
        <w:spacing w:after="0"/>
        <w:rPr>
          <w:rFonts w:ascii="Times New Roman" w:hAnsi="Times New Roman" w:cs="Times New Roman"/>
          <w:sz w:val="24"/>
          <w:szCs w:val="24"/>
        </w:rPr>
      </w:pPr>
      <w:r w:rsidRPr="00DE66DF">
        <w:rPr>
          <w:rFonts w:ascii="Times New Roman" w:hAnsi="Times New Roman" w:cs="Times New Roman"/>
          <w:b/>
          <w:sz w:val="24"/>
          <w:szCs w:val="24"/>
        </w:rPr>
        <w:t xml:space="preserve">Notă pentru ofertanți: </w:t>
      </w:r>
      <w:r w:rsidRPr="00DE66DF">
        <w:rPr>
          <w:rFonts w:ascii="Times New Roman" w:hAnsi="Times New Roman" w:cs="Times New Roman"/>
          <w:sz w:val="24"/>
          <w:szCs w:val="24"/>
        </w:rPr>
        <w:t xml:space="preserve">Prezentul pachet conține </w:t>
      </w:r>
      <w:r w:rsidRPr="00DE66DF">
        <w:rPr>
          <w:rFonts w:ascii="Times New Roman" w:hAnsi="Times New Roman" w:cs="Times New Roman"/>
          <w:sz w:val="24"/>
          <w:szCs w:val="24"/>
        </w:rPr>
        <w:t>formularele standard ce trebuie completate, semnate cu semnătură electronică calificată și încărcate în cadrul procedurii de achiziție directă inițiate de UAT Comuna Remetea.</w:t>
      </w:r>
    </w:p>
    <w:p w14:paraId="3179EEF5" w14:textId="77777777" w:rsidR="00822BC5" w:rsidRPr="00DE66DF" w:rsidRDefault="00A91209" w:rsidP="00A6603C">
      <w:pPr>
        <w:pStyle w:val="Heading1"/>
        <w:spacing w:before="0"/>
        <w:rPr>
          <w:rFonts w:ascii="Times New Roman" w:hAnsi="Times New Roman" w:cs="Times New Roman"/>
          <w:sz w:val="24"/>
          <w:szCs w:val="24"/>
        </w:rPr>
      </w:pPr>
      <w:r w:rsidRPr="00DE66DF">
        <w:rPr>
          <w:rFonts w:ascii="Times New Roman" w:hAnsi="Times New Roman" w:cs="Times New Roman"/>
          <w:color w:val="003366"/>
          <w:sz w:val="24"/>
          <w:szCs w:val="24"/>
        </w:rPr>
        <w:t>FORMULARUL 1: FORMULAR DE OFERTĂ FINANCIARĂ</w:t>
      </w:r>
    </w:p>
    <w:p w14:paraId="2DD0F8C2" w14:textId="0E841658" w:rsidR="00822BC5" w:rsidRPr="00DE66DF" w:rsidRDefault="00A91209" w:rsidP="00A6603C">
      <w:pPr>
        <w:spacing w:after="0"/>
        <w:rPr>
          <w:rFonts w:ascii="Times New Roman" w:hAnsi="Times New Roman" w:cs="Times New Roman"/>
          <w:sz w:val="24"/>
          <w:szCs w:val="24"/>
        </w:rPr>
      </w:pPr>
      <w:r w:rsidRPr="00DE66DF">
        <w:rPr>
          <w:rFonts w:ascii="Times New Roman" w:hAnsi="Times New Roman" w:cs="Times New Roman"/>
          <w:b/>
          <w:sz w:val="24"/>
          <w:szCs w:val="24"/>
        </w:rPr>
        <w:t xml:space="preserve">OPERATOR ECONOMIC: </w:t>
      </w:r>
      <w:r w:rsidR="005A061B">
        <w:rPr>
          <w:rFonts w:ascii="Times New Roman" w:hAnsi="Times New Roman" w:cs="Times New Roman"/>
          <w:sz w:val="24"/>
          <w:lang w:val="ro-RO"/>
        </w:rPr>
        <w:t>...........................................</w:t>
      </w:r>
      <w:r w:rsidRPr="00DE66DF">
        <w:rPr>
          <w:rFonts w:ascii="Times New Roman" w:hAnsi="Times New Roman" w:cs="Times New Roman"/>
          <w:sz w:val="24"/>
          <w:szCs w:val="24"/>
        </w:rPr>
        <w:br/>
      </w:r>
      <w:r w:rsidRPr="00DE66DF">
        <w:rPr>
          <w:rFonts w:ascii="Times New Roman" w:hAnsi="Times New Roman" w:cs="Times New Roman"/>
          <w:b/>
          <w:sz w:val="24"/>
          <w:szCs w:val="24"/>
        </w:rPr>
        <w:t xml:space="preserve">CUI / CIF: </w:t>
      </w:r>
      <w:r w:rsidR="00A6603C">
        <w:rPr>
          <w:rFonts w:ascii="Times New Roman" w:hAnsi="Times New Roman" w:cs="Times New Roman"/>
          <w:sz w:val="24"/>
          <w:szCs w:val="24"/>
        </w:rPr>
        <w:t xml:space="preserve">RO </w:t>
      </w:r>
      <w:r w:rsidR="005A061B">
        <w:rPr>
          <w:rFonts w:ascii="Times New Roman" w:hAnsi="Times New Roman" w:cs="Times New Roman"/>
          <w:sz w:val="24"/>
          <w:szCs w:val="24"/>
        </w:rPr>
        <w:t>……………………</w:t>
      </w:r>
      <w:r w:rsidR="00195AD9">
        <w:rPr>
          <w:rFonts w:ascii="Times New Roman" w:hAnsi="Times New Roman" w:cs="Times New Roman"/>
          <w:sz w:val="24"/>
          <w:szCs w:val="24"/>
        </w:rPr>
        <w:t>, J</w:t>
      </w:r>
      <w:r w:rsidR="005A061B">
        <w:rPr>
          <w:rFonts w:ascii="Times New Roman" w:hAnsi="Times New Roman" w:cs="Times New Roman"/>
          <w:sz w:val="24"/>
          <w:szCs w:val="24"/>
        </w:rPr>
        <w:t>…………………….</w:t>
      </w:r>
      <w:r w:rsidRPr="00DE66DF">
        <w:rPr>
          <w:rFonts w:ascii="Times New Roman" w:hAnsi="Times New Roman" w:cs="Times New Roman"/>
          <w:sz w:val="24"/>
          <w:szCs w:val="24"/>
        </w:rPr>
        <w:br/>
      </w:r>
      <w:proofErr w:type="spellStart"/>
      <w:r w:rsidRPr="00DE66DF">
        <w:rPr>
          <w:rFonts w:ascii="Times New Roman" w:hAnsi="Times New Roman" w:cs="Times New Roman"/>
          <w:b/>
          <w:sz w:val="24"/>
          <w:szCs w:val="24"/>
        </w:rPr>
        <w:t>Adresă</w:t>
      </w:r>
      <w:proofErr w:type="spellEnd"/>
      <w:r w:rsidRPr="00DE66DF">
        <w:rPr>
          <w:rFonts w:ascii="Times New Roman" w:hAnsi="Times New Roman" w:cs="Times New Roman"/>
          <w:b/>
          <w:sz w:val="24"/>
          <w:szCs w:val="24"/>
        </w:rPr>
        <w:t xml:space="preserve"> / </w:t>
      </w:r>
      <w:proofErr w:type="spellStart"/>
      <w:r w:rsidRPr="00DE66DF">
        <w:rPr>
          <w:rFonts w:ascii="Times New Roman" w:hAnsi="Times New Roman" w:cs="Times New Roman"/>
          <w:b/>
          <w:sz w:val="24"/>
          <w:szCs w:val="24"/>
        </w:rPr>
        <w:t>Sediu</w:t>
      </w:r>
      <w:proofErr w:type="spellEnd"/>
      <w:r w:rsidRPr="00DE66DF">
        <w:rPr>
          <w:rFonts w:ascii="Times New Roman" w:hAnsi="Times New Roman" w:cs="Times New Roman"/>
          <w:b/>
          <w:sz w:val="24"/>
          <w:szCs w:val="24"/>
        </w:rPr>
        <w:t xml:space="preserve">: </w:t>
      </w:r>
      <w:r w:rsidR="00A6603C">
        <w:rPr>
          <w:rFonts w:ascii="Times New Roman" w:hAnsi="Times New Roman" w:cs="Times New Roman"/>
          <w:sz w:val="24"/>
          <w:szCs w:val="24"/>
        </w:rPr>
        <w:t xml:space="preserve">Jud. </w:t>
      </w:r>
      <w:proofErr w:type="spellStart"/>
      <w:r w:rsidR="00A6603C">
        <w:rPr>
          <w:rFonts w:ascii="Times New Roman" w:hAnsi="Times New Roman" w:cs="Times New Roman"/>
          <w:sz w:val="24"/>
          <w:szCs w:val="24"/>
        </w:rPr>
        <w:t>Harghita</w:t>
      </w:r>
      <w:proofErr w:type="spellEnd"/>
      <w:r w:rsidR="00195AD9">
        <w:rPr>
          <w:rFonts w:ascii="Times New Roman" w:hAnsi="Times New Roman" w:cs="Times New Roman"/>
          <w:sz w:val="24"/>
          <w:szCs w:val="24"/>
        </w:rPr>
        <w:t xml:space="preserve">, </w:t>
      </w:r>
      <w:proofErr w:type="spellStart"/>
      <w:r w:rsidR="00195AD9">
        <w:rPr>
          <w:rFonts w:ascii="Times New Roman" w:hAnsi="Times New Roman" w:cs="Times New Roman"/>
          <w:sz w:val="24"/>
          <w:szCs w:val="24"/>
        </w:rPr>
        <w:t>Localitatea</w:t>
      </w:r>
      <w:proofErr w:type="spellEnd"/>
      <w:r w:rsidR="00195AD9">
        <w:rPr>
          <w:rFonts w:ascii="Times New Roman" w:hAnsi="Times New Roman" w:cs="Times New Roman"/>
          <w:sz w:val="24"/>
          <w:szCs w:val="24"/>
        </w:rPr>
        <w:t xml:space="preserve"> </w:t>
      </w:r>
      <w:r w:rsidR="005A061B">
        <w:rPr>
          <w:rFonts w:ascii="Times New Roman" w:hAnsi="Times New Roman" w:cs="Times New Roman"/>
          <w:sz w:val="24"/>
          <w:szCs w:val="24"/>
        </w:rPr>
        <w:t>...........................................</w:t>
      </w:r>
      <w:r w:rsidR="00195AD9">
        <w:rPr>
          <w:rFonts w:ascii="Times New Roman" w:hAnsi="Times New Roman" w:cs="Times New Roman"/>
          <w:sz w:val="24"/>
          <w:szCs w:val="24"/>
        </w:rPr>
        <w:t>, Nr. 394</w:t>
      </w:r>
      <w:r w:rsidRPr="00DE66DF">
        <w:rPr>
          <w:rFonts w:ascii="Times New Roman" w:hAnsi="Times New Roman" w:cs="Times New Roman"/>
          <w:sz w:val="24"/>
          <w:szCs w:val="24"/>
        </w:rPr>
        <w:br/>
      </w:r>
      <w:proofErr w:type="spellStart"/>
      <w:r w:rsidRPr="00DE66DF">
        <w:rPr>
          <w:rFonts w:ascii="Times New Roman" w:hAnsi="Times New Roman" w:cs="Times New Roman"/>
          <w:b/>
          <w:sz w:val="24"/>
          <w:szCs w:val="24"/>
        </w:rPr>
        <w:t>Către</w:t>
      </w:r>
      <w:proofErr w:type="spellEnd"/>
      <w:r w:rsidRPr="00DE66DF">
        <w:rPr>
          <w:rFonts w:ascii="Times New Roman" w:hAnsi="Times New Roman" w:cs="Times New Roman"/>
          <w:b/>
          <w:sz w:val="24"/>
          <w:szCs w:val="24"/>
        </w:rPr>
        <w:t xml:space="preserve">: </w:t>
      </w:r>
      <w:r w:rsidRPr="00DE66DF">
        <w:rPr>
          <w:rFonts w:ascii="Times New Roman" w:hAnsi="Times New Roman" w:cs="Times New Roman"/>
          <w:sz w:val="24"/>
          <w:szCs w:val="24"/>
        </w:rPr>
        <w:t>COMUNA REMETEA (Județul Harghita), CUI 4363628</w:t>
      </w:r>
    </w:p>
    <w:p w14:paraId="724141B2" w14:textId="4C822D8B" w:rsidR="00DE66DF" w:rsidRPr="00DE66DF" w:rsidRDefault="00A91209" w:rsidP="00A6603C">
      <w:pPr>
        <w:spacing w:after="0" w:line="360" w:lineRule="auto"/>
        <w:ind w:firstLine="720"/>
        <w:jc w:val="both"/>
        <w:rPr>
          <w:rFonts w:ascii="Times New Roman" w:hAnsi="Times New Roman" w:cs="Times New Roman"/>
          <w:sz w:val="24"/>
          <w:szCs w:val="24"/>
        </w:rPr>
      </w:pPr>
      <w:proofErr w:type="spellStart"/>
      <w:r w:rsidRPr="00DE66DF">
        <w:rPr>
          <w:rFonts w:ascii="Times New Roman" w:hAnsi="Times New Roman" w:cs="Times New Roman"/>
          <w:sz w:val="24"/>
          <w:szCs w:val="24"/>
        </w:rPr>
        <w:t>Examinând</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Documentația</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sz w:val="24"/>
          <w:szCs w:val="24"/>
        </w:rPr>
        <w:t>Achiziție</w:t>
      </w:r>
      <w:proofErr w:type="spellEnd"/>
      <w:r w:rsidRPr="00DE66DF">
        <w:rPr>
          <w:rFonts w:ascii="Times New Roman" w:hAnsi="Times New Roman" w:cs="Times New Roman"/>
          <w:sz w:val="24"/>
          <w:szCs w:val="24"/>
        </w:rPr>
        <w:t xml:space="preserve"> Directă, Caietul de Sarcini și Memoriul Tehnic pentru executare</w:t>
      </w:r>
      <w:r w:rsidRPr="00DE66DF">
        <w:rPr>
          <w:rFonts w:ascii="Times New Roman" w:hAnsi="Times New Roman" w:cs="Times New Roman"/>
          <w:sz w:val="24"/>
          <w:szCs w:val="24"/>
        </w:rPr>
        <w:t xml:space="preserve">a lucrărilor din cadrul proiectului </w:t>
      </w:r>
      <w:r w:rsidRPr="00DE66DF">
        <w:rPr>
          <w:rFonts w:ascii="Times New Roman" w:hAnsi="Times New Roman" w:cs="Times New Roman"/>
          <w:b/>
          <w:sz w:val="24"/>
          <w:szCs w:val="24"/>
        </w:rPr>
        <w:t>„Amenajare trotuare lângă DJ153C” – Strada Szent István (AX1 și AX2), Comuna Remetea</w:t>
      </w:r>
      <w:r w:rsidRPr="00DE66DF">
        <w:rPr>
          <w:rFonts w:ascii="Times New Roman" w:hAnsi="Times New Roman" w:cs="Times New Roman"/>
          <w:sz w:val="24"/>
          <w:szCs w:val="24"/>
        </w:rPr>
        <w:t>, subsemnații, reprezentanți legali ai operatorului economic, ne oferim ca, în conformitate cu prevederile și cerințele conținute în doc</w:t>
      </w:r>
      <w:r w:rsidRPr="00DE66DF">
        <w:rPr>
          <w:rFonts w:ascii="Times New Roman" w:hAnsi="Times New Roman" w:cs="Times New Roman"/>
          <w:sz w:val="24"/>
          <w:szCs w:val="24"/>
        </w:rPr>
        <w:t xml:space="preserve">umentație, </w:t>
      </w:r>
      <w:proofErr w:type="spellStart"/>
      <w:r w:rsidRPr="00DE66DF">
        <w:rPr>
          <w:rFonts w:ascii="Times New Roman" w:hAnsi="Times New Roman" w:cs="Times New Roman"/>
          <w:sz w:val="24"/>
          <w:szCs w:val="24"/>
        </w:rPr>
        <w:t>să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executăm</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lucrările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menționate</w:t>
      </w:r>
      <w:proofErr w:type="spellEnd"/>
      <w:r w:rsidR="00DE66DF" w:rsidRPr="00DE66DF">
        <w:rPr>
          <w:rFonts w:ascii="Times New Roman" w:hAnsi="Times New Roman" w:cs="Times New Roman"/>
          <w:sz w:val="24"/>
          <w:szCs w:val="24"/>
        </w:rPr>
        <w:t>.</w:t>
      </w:r>
    </w:p>
    <w:p w14:paraId="7E076D49" w14:textId="5BC6CBDA" w:rsidR="00DE66DF" w:rsidRPr="00DE66DF" w:rsidRDefault="00DE66DF" w:rsidP="00A6603C">
      <w:pPr>
        <w:spacing w:after="0" w:line="360" w:lineRule="auto"/>
        <w:ind w:firstLine="720"/>
        <w:jc w:val="both"/>
        <w:rPr>
          <w:rFonts w:ascii="Times New Roman" w:hAnsi="Times New Roman" w:cs="Times New Roman"/>
          <w:sz w:val="24"/>
          <w:lang w:val="ro-RO"/>
        </w:rPr>
      </w:pPr>
      <w:r w:rsidRPr="00DE66DF">
        <w:rPr>
          <w:rFonts w:ascii="Times New Roman" w:hAnsi="Times New Roman" w:cs="Times New Roman"/>
          <w:sz w:val="24"/>
          <w:lang w:val="ro-RO"/>
        </w:rPr>
        <w:t xml:space="preserve">Ca răspuns la Anunțul dumneavoastră de Participare la procedura de atribuire pentru contractul  </w:t>
      </w:r>
      <w:proofErr w:type="spellStart"/>
      <w:r w:rsidRPr="00DE66DF">
        <w:rPr>
          <w:rFonts w:ascii="Times New Roman" w:hAnsi="Times New Roman" w:cs="Times New Roman"/>
          <w:color w:val="000000"/>
          <w:kern w:val="36"/>
          <w:sz w:val="24"/>
          <w:lang w:val="hu-HU"/>
        </w:rPr>
        <w:t>Execu</w:t>
      </w:r>
      <w:r w:rsidRPr="00DE66DF">
        <w:rPr>
          <w:rFonts w:ascii="Times New Roman" w:hAnsi="Times New Roman" w:cs="Times New Roman"/>
          <w:color w:val="000000"/>
          <w:kern w:val="36"/>
          <w:sz w:val="24"/>
        </w:rPr>
        <w:t>ția</w:t>
      </w:r>
      <w:proofErr w:type="spellEnd"/>
      <w:r w:rsidRPr="00DE66DF">
        <w:rPr>
          <w:rFonts w:ascii="Times New Roman" w:hAnsi="Times New Roman" w:cs="Times New Roman"/>
          <w:color w:val="000000"/>
          <w:kern w:val="36"/>
          <w:sz w:val="24"/>
        </w:rPr>
        <w:t xml:space="preserve"> </w:t>
      </w:r>
      <w:proofErr w:type="spellStart"/>
      <w:r w:rsidRPr="00DE66DF">
        <w:rPr>
          <w:rFonts w:ascii="Times New Roman" w:hAnsi="Times New Roman" w:cs="Times New Roman"/>
          <w:color w:val="000000"/>
          <w:kern w:val="36"/>
          <w:sz w:val="24"/>
        </w:rPr>
        <w:t>lucrări</w:t>
      </w:r>
      <w:proofErr w:type="spellEnd"/>
      <w:r w:rsidRPr="00DE66DF">
        <w:rPr>
          <w:rFonts w:ascii="Times New Roman" w:hAnsi="Times New Roman" w:cs="Times New Roman"/>
          <w:color w:val="000000"/>
          <w:kern w:val="36"/>
          <w:sz w:val="24"/>
        </w:rPr>
        <w:t xml:space="preserve"> </w:t>
      </w:r>
      <w:proofErr w:type="spellStart"/>
      <w:r w:rsidRPr="00DE66DF">
        <w:rPr>
          <w:rFonts w:ascii="Times New Roman" w:hAnsi="Times New Roman" w:cs="Times New Roman"/>
          <w:color w:val="000000"/>
          <w:kern w:val="36"/>
          <w:sz w:val="24"/>
        </w:rPr>
        <w:t>în</w:t>
      </w:r>
      <w:proofErr w:type="spellEnd"/>
      <w:r w:rsidRPr="00DE66DF">
        <w:rPr>
          <w:rFonts w:ascii="Times New Roman" w:hAnsi="Times New Roman" w:cs="Times New Roman"/>
          <w:color w:val="000000"/>
          <w:kern w:val="36"/>
          <w:sz w:val="24"/>
        </w:rPr>
        <w:t xml:space="preserve"> </w:t>
      </w:r>
      <w:proofErr w:type="spellStart"/>
      <w:r w:rsidRPr="00DE66DF">
        <w:rPr>
          <w:rFonts w:ascii="Times New Roman" w:hAnsi="Times New Roman" w:cs="Times New Roman"/>
          <w:color w:val="000000"/>
          <w:kern w:val="36"/>
          <w:sz w:val="24"/>
        </w:rPr>
        <w:t>cadrul</w:t>
      </w:r>
      <w:proofErr w:type="spellEnd"/>
      <w:r w:rsidRPr="00DE66DF">
        <w:rPr>
          <w:rFonts w:ascii="Times New Roman" w:hAnsi="Times New Roman" w:cs="Times New Roman"/>
          <w:color w:val="000000"/>
          <w:kern w:val="36"/>
          <w:sz w:val="24"/>
        </w:rPr>
        <w:t xml:space="preserve"> </w:t>
      </w:r>
      <w:proofErr w:type="spellStart"/>
      <w:r w:rsidRPr="00DE66DF">
        <w:rPr>
          <w:rFonts w:ascii="Times New Roman" w:hAnsi="Times New Roman" w:cs="Times New Roman"/>
          <w:color w:val="000000"/>
          <w:kern w:val="36"/>
          <w:sz w:val="24"/>
        </w:rPr>
        <w:t>proiectului</w:t>
      </w:r>
      <w:proofErr w:type="spellEnd"/>
      <w:r w:rsidRPr="00DE66DF">
        <w:rPr>
          <w:rFonts w:ascii="Times New Roman" w:hAnsi="Times New Roman" w:cs="Times New Roman"/>
          <w:color w:val="000000"/>
          <w:kern w:val="36"/>
          <w:sz w:val="24"/>
        </w:rPr>
        <w:t xml:space="preserve"> ”</w:t>
      </w:r>
      <w:r w:rsidRPr="00DE66DF">
        <w:rPr>
          <w:rFonts w:ascii="Times New Roman" w:hAnsi="Times New Roman" w:cs="Times New Roman"/>
          <w:kern w:val="36"/>
          <w:sz w:val="24"/>
        </w:rPr>
        <w:t xml:space="preserve"> </w:t>
      </w:r>
      <w:proofErr w:type="spellStart"/>
      <w:r w:rsidRPr="00DE66DF">
        <w:rPr>
          <w:rFonts w:ascii="Times New Roman" w:hAnsi="Times New Roman" w:cs="Times New Roman"/>
          <w:b/>
          <w:sz w:val="24"/>
          <w:szCs w:val="24"/>
        </w:rPr>
        <w:t>Amenajare</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trotuare</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lângă</w:t>
      </w:r>
      <w:proofErr w:type="spellEnd"/>
      <w:r w:rsidRPr="00DE66DF">
        <w:rPr>
          <w:rFonts w:ascii="Times New Roman" w:hAnsi="Times New Roman" w:cs="Times New Roman"/>
          <w:b/>
          <w:sz w:val="24"/>
          <w:szCs w:val="24"/>
        </w:rPr>
        <w:t xml:space="preserve"> DJ153C” – Strada </w:t>
      </w:r>
      <w:proofErr w:type="spellStart"/>
      <w:r w:rsidRPr="00DE66DF">
        <w:rPr>
          <w:rFonts w:ascii="Times New Roman" w:hAnsi="Times New Roman" w:cs="Times New Roman"/>
          <w:b/>
          <w:sz w:val="24"/>
          <w:szCs w:val="24"/>
        </w:rPr>
        <w:t>Szent</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István</w:t>
      </w:r>
      <w:proofErr w:type="spellEnd"/>
      <w:r w:rsidRPr="00DE66DF">
        <w:rPr>
          <w:rFonts w:ascii="Times New Roman" w:hAnsi="Times New Roman" w:cs="Times New Roman"/>
          <w:b/>
          <w:sz w:val="24"/>
          <w:szCs w:val="24"/>
        </w:rPr>
        <w:t xml:space="preserve"> (AX1 </w:t>
      </w:r>
      <w:proofErr w:type="spellStart"/>
      <w:r w:rsidRPr="00DE66DF">
        <w:rPr>
          <w:rFonts w:ascii="Times New Roman" w:hAnsi="Times New Roman" w:cs="Times New Roman"/>
          <w:b/>
          <w:sz w:val="24"/>
          <w:szCs w:val="24"/>
        </w:rPr>
        <w:t>și</w:t>
      </w:r>
      <w:proofErr w:type="spellEnd"/>
      <w:r w:rsidRPr="00DE66DF">
        <w:rPr>
          <w:rFonts w:ascii="Times New Roman" w:hAnsi="Times New Roman" w:cs="Times New Roman"/>
          <w:b/>
          <w:sz w:val="24"/>
          <w:szCs w:val="24"/>
        </w:rPr>
        <w:t xml:space="preserve"> AX2), </w:t>
      </w:r>
      <w:proofErr w:type="spellStart"/>
      <w:r w:rsidRPr="00DE66DF">
        <w:rPr>
          <w:rFonts w:ascii="Times New Roman" w:hAnsi="Times New Roman" w:cs="Times New Roman"/>
          <w:b/>
          <w:sz w:val="24"/>
          <w:szCs w:val="24"/>
        </w:rPr>
        <w:t>Comuna</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Remetea</w:t>
      </w:r>
      <w:proofErr w:type="spellEnd"/>
      <w:r w:rsidRPr="00DE66DF">
        <w:rPr>
          <w:rFonts w:ascii="Times New Roman" w:hAnsi="Times New Roman" w:cs="Times New Roman"/>
          <w:sz w:val="24"/>
          <w:lang w:val="ro-RO"/>
        </w:rPr>
        <w:t>, declarăm următoarele:</w:t>
      </w:r>
    </w:p>
    <w:p w14:paraId="425DF4D0" w14:textId="39C8BEE3"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b/>
          <w:sz w:val="24"/>
          <w:lang w:val="ro-RO"/>
        </w:rPr>
        <w:t>1.</w:t>
      </w:r>
      <w:r w:rsidRPr="00756E1F">
        <w:rPr>
          <w:rFonts w:ascii="Times New Roman" w:hAnsi="Times New Roman" w:cs="Times New Roman"/>
          <w:sz w:val="24"/>
          <w:lang w:val="ro-RO"/>
        </w:rPr>
        <w:t xml:space="preserve"> Acceptăm prevederile Documentaţiei de Atribuire, ale Documentației tehnice și ale Documentelor informative, în totalitatea lor, fără rezerve sau restricţii, asa cum aceasta a fost publicată pe pagina web </w:t>
      </w:r>
      <w:r>
        <w:fldChar w:fldCharType="begin"/>
      </w:r>
      <w:r>
        <w:instrText xml:space="preserve"> HYPERLINK "http://www.gyergyoremete.ro" </w:instrText>
      </w:r>
      <w:r>
        <w:fldChar w:fldCharType="separate"/>
      </w:r>
      <w:r w:rsidRPr="00756E1F">
        <w:rPr>
          <w:rStyle w:val="Hyperlink"/>
          <w:rFonts w:ascii="Times New Roman" w:hAnsi="Times New Roman"/>
          <w:sz w:val="24"/>
          <w:lang w:val="ro-RO"/>
        </w:rPr>
        <w:t>www.gyergyoremete.ro</w:t>
      </w:r>
      <w:r>
        <w:rPr>
          <w:rStyle w:val="Hyperlink"/>
          <w:rFonts w:ascii="Times New Roman" w:hAnsi="Times New Roman"/>
          <w:sz w:val="24"/>
          <w:lang w:val="ro-RO"/>
        </w:rPr>
        <w:fldChar w:fldCharType="end"/>
      </w:r>
      <w:r w:rsidRPr="00756E1F">
        <w:rPr>
          <w:rFonts w:ascii="Times New Roman" w:hAnsi="Times New Roman" w:cs="Times New Roman"/>
          <w:sz w:val="24"/>
          <w:lang w:val="ro-RO"/>
        </w:rPr>
        <w:t xml:space="preserve"> cu nr. </w:t>
      </w:r>
      <w:r>
        <w:rPr>
          <w:rFonts w:ascii="Times New Roman" w:hAnsi="Times New Roman" w:cs="Times New Roman"/>
          <w:sz w:val="24"/>
          <w:lang w:val="ro-RO"/>
        </w:rPr>
        <w:t>14663/02.10.2026</w:t>
      </w:r>
      <w:r w:rsidRPr="00756E1F">
        <w:rPr>
          <w:rFonts w:ascii="Times New Roman" w:hAnsi="Times New Roman" w:cs="Times New Roman"/>
          <w:sz w:val="24"/>
          <w:lang w:val="ro-RO"/>
        </w:rPr>
        <w:t>, inclusiv cu clarificările/modificările/completările ulterioare (inclusiv anexele acestora) pe care le prezentăm atașate la prezentul formular, semnat și ștampilat.</w:t>
      </w:r>
    </w:p>
    <w:p w14:paraId="09A3905E" w14:textId="77777777" w:rsidR="00DE66DF" w:rsidRPr="00756E1F" w:rsidRDefault="00DE66DF" w:rsidP="00A6603C">
      <w:pPr>
        <w:spacing w:after="0" w:line="360" w:lineRule="auto"/>
        <w:jc w:val="both"/>
        <w:rPr>
          <w:rFonts w:ascii="Times New Roman" w:hAnsi="Times New Roman" w:cs="Times New Roman"/>
          <w:b/>
          <w:bCs/>
          <w:i/>
          <w:sz w:val="24"/>
          <w:lang w:val="ro-RO"/>
        </w:rPr>
      </w:pPr>
      <w:r w:rsidRPr="00756E1F">
        <w:rPr>
          <w:rFonts w:ascii="Times New Roman" w:hAnsi="Times New Roman" w:cs="Times New Roman"/>
          <w:b/>
          <w:sz w:val="24"/>
          <w:lang w:val="ro-RO"/>
        </w:rPr>
        <w:t>2.</w:t>
      </w:r>
      <w:r w:rsidRPr="00756E1F">
        <w:rPr>
          <w:rFonts w:ascii="Times New Roman" w:hAnsi="Times New Roman" w:cs="Times New Roman"/>
          <w:sz w:val="24"/>
          <w:lang w:val="ro-RO"/>
        </w:rPr>
        <w:t xml:space="preserve"> Acceptăm clauzele contractuale așa cum au fost acestea prevăzute în documentația de atribuire,</w:t>
      </w:r>
      <w:r w:rsidRPr="00756E1F">
        <w:rPr>
          <w:rFonts w:ascii="Times New Roman" w:hAnsi="Times New Roman" w:cs="Times New Roman"/>
          <w:b/>
          <w:sz w:val="24"/>
          <w:lang w:val="ro-RO"/>
        </w:rPr>
        <w:t xml:space="preserve"> </w:t>
      </w:r>
      <w:r w:rsidRPr="00756E1F">
        <w:rPr>
          <w:rFonts w:ascii="Times New Roman" w:hAnsi="Times New Roman" w:cs="Times New Roman"/>
          <w:sz w:val="24"/>
          <w:lang w:val="ro-RO"/>
        </w:rPr>
        <w:t>pe care le prezentăm atașat la prezentul formular, semnate cu semnatură electronică extinsă, bazată pe un certificat calificat, eliberat de un furnizor de servicii de certificare acreditat în condițiile legii.</w:t>
      </w:r>
    </w:p>
    <w:p w14:paraId="2F8962C8" w14:textId="7FCEFF74" w:rsidR="00DE66DF" w:rsidRPr="00756E1F" w:rsidRDefault="00DE66DF" w:rsidP="00A6603C">
      <w:pPr>
        <w:spacing w:after="0" w:line="360" w:lineRule="auto"/>
        <w:jc w:val="both"/>
        <w:rPr>
          <w:rFonts w:ascii="Times New Roman" w:hAnsi="Times New Roman" w:cs="Times New Roman"/>
          <w:i/>
          <w:sz w:val="24"/>
          <w:lang w:val="ro-RO"/>
        </w:rPr>
      </w:pPr>
      <w:r w:rsidRPr="00756E1F">
        <w:rPr>
          <w:rFonts w:ascii="Times New Roman" w:hAnsi="Times New Roman" w:cs="Times New Roman"/>
          <w:b/>
          <w:sz w:val="24"/>
          <w:lang w:val="ro-RO"/>
        </w:rPr>
        <w:t>3.</w:t>
      </w:r>
      <w:r w:rsidRPr="00756E1F">
        <w:rPr>
          <w:rFonts w:ascii="Times New Roman" w:hAnsi="Times New Roman" w:cs="Times New Roman"/>
          <w:sz w:val="24"/>
          <w:lang w:val="ro-RO"/>
        </w:rPr>
        <w:t xml:space="preserve"> Ne oferim să executăm, în conformitate cu condiţiile din Documentaţia de Atribuire şi cu condiţiile şi termenele limită impuse, fără rezerve sau restricţii, lucrările care fac obiectul contractului </w:t>
      </w:r>
      <w:proofErr w:type="spellStart"/>
      <w:r w:rsidRPr="00756E1F">
        <w:rPr>
          <w:rFonts w:ascii="Times New Roman" w:hAnsi="Times New Roman" w:cs="Times New Roman"/>
          <w:color w:val="000000"/>
          <w:kern w:val="36"/>
          <w:sz w:val="24"/>
          <w:lang w:val="hu-HU"/>
        </w:rPr>
        <w:t>Execu</w:t>
      </w:r>
      <w:r w:rsidRPr="00756E1F">
        <w:rPr>
          <w:rFonts w:ascii="Times New Roman" w:hAnsi="Times New Roman" w:cs="Times New Roman"/>
          <w:color w:val="000000"/>
          <w:kern w:val="36"/>
          <w:sz w:val="24"/>
        </w:rPr>
        <w:t>ția</w:t>
      </w:r>
      <w:proofErr w:type="spellEnd"/>
      <w:r w:rsidRPr="00756E1F">
        <w:rPr>
          <w:rFonts w:ascii="Times New Roman" w:hAnsi="Times New Roman" w:cs="Times New Roman"/>
          <w:color w:val="000000"/>
          <w:kern w:val="36"/>
          <w:sz w:val="24"/>
        </w:rPr>
        <w:t xml:space="preserve"> </w:t>
      </w:r>
      <w:proofErr w:type="spellStart"/>
      <w:r w:rsidRPr="00756E1F">
        <w:rPr>
          <w:rFonts w:ascii="Times New Roman" w:hAnsi="Times New Roman" w:cs="Times New Roman"/>
          <w:color w:val="000000"/>
          <w:kern w:val="36"/>
          <w:sz w:val="24"/>
        </w:rPr>
        <w:t>lucrări</w:t>
      </w:r>
      <w:proofErr w:type="spellEnd"/>
      <w:r w:rsidRPr="00756E1F">
        <w:rPr>
          <w:rFonts w:ascii="Times New Roman" w:hAnsi="Times New Roman" w:cs="Times New Roman"/>
          <w:color w:val="000000"/>
          <w:kern w:val="36"/>
          <w:sz w:val="24"/>
        </w:rPr>
        <w:t xml:space="preserve"> </w:t>
      </w:r>
      <w:proofErr w:type="spellStart"/>
      <w:r w:rsidRPr="00756E1F">
        <w:rPr>
          <w:rFonts w:ascii="Times New Roman" w:hAnsi="Times New Roman" w:cs="Times New Roman"/>
          <w:color w:val="000000"/>
          <w:kern w:val="36"/>
          <w:sz w:val="24"/>
        </w:rPr>
        <w:t>în</w:t>
      </w:r>
      <w:proofErr w:type="spellEnd"/>
      <w:r w:rsidRPr="00756E1F">
        <w:rPr>
          <w:rFonts w:ascii="Times New Roman" w:hAnsi="Times New Roman" w:cs="Times New Roman"/>
          <w:color w:val="000000"/>
          <w:kern w:val="36"/>
          <w:sz w:val="24"/>
        </w:rPr>
        <w:t xml:space="preserve"> </w:t>
      </w:r>
      <w:proofErr w:type="spellStart"/>
      <w:r w:rsidRPr="00756E1F">
        <w:rPr>
          <w:rFonts w:ascii="Times New Roman" w:hAnsi="Times New Roman" w:cs="Times New Roman"/>
          <w:color w:val="000000"/>
          <w:kern w:val="36"/>
          <w:sz w:val="24"/>
        </w:rPr>
        <w:t>cadrul</w:t>
      </w:r>
      <w:proofErr w:type="spellEnd"/>
      <w:r w:rsidRPr="00756E1F">
        <w:rPr>
          <w:rFonts w:ascii="Times New Roman" w:hAnsi="Times New Roman" w:cs="Times New Roman"/>
          <w:color w:val="000000"/>
          <w:kern w:val="36"/>
          <w:sz w:val="24"/>
        </w:rPr>
        <w:t xml:space="preserve"> </w:t>
      </w:r>
      <w:proofErr w:type="spellStart"/>
      <w:r w:rsidRPr="00756E1F">
        <w:rPr>
          <w:rFonts w:ascii="Times New Roman" w:hAnsi="Times New Roman" w:cs="Times New Roman"/>
          <w:color w:val="000000"/>
          <w:kern w:val="36"/>
          <w:sz w:val="24"/>
        </w:rPr>
        <w:t>proiectului</w:t>
      </w:r>
      <w:proofErr w:type="spellEnd"/>
      <w:r w:rsidRPr="00756E1F">
        <w:rPr>
          <w:rFonts w:ascii="Times New Roman" w:hAnsi="Times New Roman" w:cs="Times New Roman"/>
          <w:color w:val="000000"/>
          <w:kern w:val="36"/>
          <w:sz w:val="24"/>
        </w:rPr>
        <w:t xml:space="preserve"> ”</w:t>
      </w:r>
      <w:r w:rsidRPr="00756E1F">
        <w:rPr>
          <w:rFonts w:ascii="Times New Roman" w:hAnsi="Times New Roman" w:cs="Times New Roman"/>
          <w:kern w:val="36"/>
          <w:sz w:val="24"/>
        </w:rPr>
        <w:t xml:space="preserve"> </w:t>
      </w:r>
      <w:proofErr w:type="spellStart"/>
      <w:r w:rsidRPr="00DE66DF">
        <w:rPr>
          <w:rFonts w:ascii="Times New Roman" w:hAnsi="Times New Roman" w:cs="Times New Roman"/>
          <w:b/>
          <w:sz w:val="24"/>
          <w:szCs w:val="24"/>
        </w:rPr>
        <w:t>Amenajare</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trotuare</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lângă</w:t>
      </w:r>
      <w:proofErr w:type="spellEnd"/>
      <w:r w:rsidRPr="00DE66DF">
        <w:rPr>
          <w:rFonts w:ascii="Times New Roman" w:hAnsi="Times New Roman" w:cs="Times New Roman"/>
          <w:b/>
          <w:sz w:val="24"/>
          <w:szCs w:val="24"/>
        </w:rPr>
        <w:t xml:space="preserve"> DJ153C” – Strada </w:t>
      </w:r>
      <w:proofErr w:type="spellStart"/>
      <w:r w:rsidRPr="00DE66DF">
        <w:rPr>
          <w:rFonts w:ascii="Times New Roman" w:hAnsi="Times New Roman" w:cs="Times New Roman"/>
          <w:b/>
          <w:sz w:val="24"/>
          <w:szCs w:val="24"/>
        </w:rPr>
        <w:t>Szent</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István</w:t>
      </w:r>
      <w:proofErr w:type="spellEnd"/>
      <w:r w:rsidRPr="00DE66DF">
        <w:rPr>
          <w:rFonts w:ascii="Times New Roman" w:hAnsi="Times New Roman" w:cs="Times New Roman"/>
          <w:b/>
          <w:sz w:val="24"/>
          <w:szCs w:val="24"/>
        </w:rPr>
        <w:t xml:space="preserve"> (AX1 </w:t>
      </w:r>
      <w:proofErr w:type="spellStart"/>
      <w:r w:rsidRPr="00DE66DF">
        <w:rPr>
          <w:rFonts w:ascii="Times New Roman" w:hAnsi="Times New Roman" w:cs="Times New Roman"/>
          <w:b/>
          <w:sz w:val="24"/>
          <w:szCs w:val="24"/>
        </w:rPr>
        <w:t>și</w:t>
      </w:r>
      <w:proofErr w:type="spellEnd"/>
      <w:r w:rsidRPr="00DE66DF">
        <w:rPr>
          <w:rFonts w:ascii="Times New Roman" w:hAnsi="Times New Roman" w:cs="Times New Roman"/>
          <w:b/>
          <w:sz w:val="24"/>
          <w:szCs w:val="24"/>
        </w:rPr>
        <w:t xml:space="preserve"> AX2), </w:t>
      </w:r>
      <w:proofErr w:type="spellStart"/>
      <w:r w:rsidRPr="00DE66DF">
        <w:rPr>
          <w:rFonts w:ascii="Times New Roman" w:hAnsi="Times New Roman" w:cs="Times New Roman"/>
          <w:b/>
          <w:sz w:val="24"/>
          <w:szCs w:val="24"/>
        </w:rPr>
        <w:t>Comuna</w:t>
      </w:r>
      <w:proofErr w:type="spellEnd"/>
      <w:r w:rsidRPr="00DE66DF">
        <w:rPr>
          <w:rFonts w:ascii="Times New Roman" w:hAnsi="Times New Roman" w:cs="Times New Roman"/>
          <w:b/>
          <w:sz w:val="24"/>
          <w:szCs w:val="24"/>
        </w:rPr>
        <w:t xml:space="preserve"> </w:t>
      </w:r>
      <w:proofErr w:type="spellStart"/>
      <w:r w:rsidRPr="00DE66DF">
        <w:rPr>
          <w:rFonts w:ascii="Times New Roman" w:hAnsi="Times New Roman" w:cs="Times New Roman"/>
          <w:b/>
          <w:sz w:val="24"/>
          <w:szCs w:val="24"/>
        </w:rPr>
        <w:t>Remetea</w:t>
      </w:r>
      <w:proofErr w:type="spellEnd"/>
      <w:r w:rsidRPr="00756E1F">
        <w:rPr>
          <w:rFonts w:ascii="Times New Roman" w:hAnsi="Times New Roman" w:cs="Times New Roman"/>
          <w:sz w:val="24"/>
          <w:lang w:val="ro-RO"/>
        </w:rPr>
        <w:t xml:space="preserve"> </w:t>
      </w:r>
      <w:r w:rsidRPr="00756E1F">
        <w:rPr>
          <w:rFonts w:ascii="Times New Roman" w:hAnsi="Times New Roman" w:cs="Times New Roman"/>
          <w:sz w:val="24"/>
          <w:lang w:val="ro-RO"/>
        </w:rPr>
        <w:t xml:space="preserve">pentru suma de </w:t>
      </w:r>
      <w:r w:rsidR="005A061B">
        <w:rPr>
          <w:rFonts w:ascii="Times New Roman" w:hAnsi="Times New Roman" w:cs="Times New Roman"/>
          <w:sz w:val="24"/>
          <w:lang w:val="ro-RO"/>
        </w:rPr>
        <w:t>....................</w:t>
      </w:r>
      <w:r w:rsidRPr="00756E1F">
        <w:rPr>
          <w:rFonts w:ascii="Times New Roman" w:hAnsi="Times New Roman" w:cs="Times New Roman"/>
          <w:sz w:val="24"/>
          <w:lang w:val="ro-RO"/>
        </w:rPr>
        <w:t xml:space="preserve"> lei,                                     </w:t>
      </w:r>
      <w:r w:rsidRPr="00756E1F">
        <w:rPr>
          <w:rFonts w:ascii="Times New Roman" w:hAnsi="Times New Roman" w:cs="Times New Roman"/>
          <w:i/>
          <w:sz w:val="24"/>
          <w:lang w:val="ro-RO"/>
        </w:rPr>
        <w:t>(</w:t>
      </w:r>
      <w:r>
        <w:rPr>
          <w:rFonts w:ascii="Times New Roman" w:hAnsi="Times New Roman" w:cs="Times New Roman"/>
          <w:i/>
          <w:sz w:val="24"/>
          <w:lang w:val="ro-RO"/>
        </w:rPr>
        <w:t>optsutenouzecisinouamiinouasutedouazecisiopt lei</w:t>
      </w:r>
      <w:r w:rsidRPr="00756E1F">
        <w:rPr>
          <w:rFonts w:ascii="Times New Roman" w:hAnsi="Times New Roman" w:cs="Times New Roman"/>
          <w:i/>
          <w:sz w:val="24"/>
          <w:lang w:val="ro-RO"/>
        </w:rPr>
        <w:t xml:space="preserve">)         </w:t>
      </w:r>
      <w:r w:rsidRPr="00756E1F">
        <w:rPr>
          <w:rFonts w:ascii="Times New Roman" w:hAnsi="Times New Roman" w:cs="Times New Roman"/>
          <w:sz w:val="24"/>
          <w:lang w:val="ro-RO"/>
        </w:rPr>
        <w:t xml:space="preserve">la care se adaugă TVA în valoare de </w:t>
      </w:r>
      <w:r w:rsidR="005A061B">
        <w:rPr>
          <w:rFonts w:ascii="Times New Roman" w:hAnsi="Times New Roman" w:cs="Times New Roman"/>
          <w:sz w:val="24"/>
          <w:lang w:val="ro-RO"/>
        </w:rPr>
        <w:t>....................</w:t>
      </w:r>
      <w:r w:rsidRPr="00756E1F">
        <w:rPr>
          <w:rFonts w:ascii="Times New Roman" w:hAnsi="Times New Roman" w:cs="Times New Roman"/>
          <w:sz w:val="24"/>
          <w:lang w:val="ro-RO"/>
        </w:rPr>
        <w:t xml:space="preserve"> lei.</w:t>
      </w:r>
      <w:r w:rsidRPr="00756E1F">
        <w:rPr>
          <w:rFonts w:ascii="Times New Roman" w:hAnsi="Times New Roman" w:cs="Times New Roman"/>
          <w:i/>
          <w:sz w:val="24"/>
          <w:lang w:val="ro-RO"/>
        </w:rPr>
        <w:t xml:space="preserve">                           </w:t>
      </w:r>
    </w:p>
    <w:p w14:paraId="449F55A4" w14:textId="77777777" w:rsidR="00DE66DF" w:rsidRPr="00756E1F" w:rsidRDefault="00DE66DF" w:rsidP="00A6603C">
      <w:pPr>
        <w:pStyle w:val="ListParagraph"/>
        <w:overflowPunct w:val="0"/>
        <w:autoSpaceDE w:val="0"/>
        <w:autoSpaceDN w:val="0"/>
        <w:adjustRightInd w:val="0"/>
        <w:spacing w:after="0" w:line="360" w:lineRule="auto"/>
        <w:ind w:left="0"/>
        <w:jc w:val="both"/>
        <w:textAlignment w:val="baseline"/>
        <w:rPr>
          <w:rFonts w:ascii="Times New Roman" w:hAnsi="Times New Roman"/>
          <w:sz w:val="24"/>
          <w:szCs w:val="24"/>
          <w:lang w:val="ro-RO"/>
        </w:rPr>
      </w:pPr>
      <w:r w:rsidRPr="00756E1F">
        <w:rPr>
          <w:rFonts w:ascii="Times New Roman" w:hAnsi="Times New Roman"/>
          <w:b/>
          <w:sz w:val="24"/>
          <w:szCs w:val="24"/>
          <w:lang w:val="ro-RO"/>
        </w:rPr>
        <w:lastRenderedPageBreak/>
        <w:t>4.</w:t>
      </w:r>
      <w:r w:rsidRPr="00756E1F">
        <w:rPr>
          <w:rFonts w:ascii="Times New Roman" w:hAnsi="Times New Roman"/>
          <w:sz w:val="24"/>
          <w:szCs w:val="24"/>
          <w:lang w:val="ro-RO"/>
        </w:rPr>
        <w:t xml:space="preserve">  Ne angajăm ca în cazul în care oferta noastră este stabilită câştigătoare, să începem lucrările cât mai curând posibil după primirea ordinului de începere şi să terminăm lucrările în conformitate cu graficul de execuţie din cadrul propunerii tehnice în 6</w:t>
      </w:r>
      <w:r w:rsidRPr="00756E1F">
        <w:rPr>
          <w:rFonts w:ascii="Times New Roman" w:hAnsi="Times New Roman"/>
          <w:i/>
          <w:sz w:val="24"/>
          <w:szCs w:val="24"/>
          <w:lang w:val="ro-RO"/>
        </w:rPr>
        <w:t xml:space="preserve">  </w:t>
      </w:r>
      <w:r w:rsidRPr="00756E1F">
        <w:rPr>
          <w:rFonts w:ascii="Times New Roman" w:hAnsi="Times New Roman"/>
          <w:sz w:val="24"/>
          <w:szCs w:val="24"/>
          <w:lang w:val="ro-RO"/>
        </w:rPr>
        <w:t xml:space="preserve">luni calendaristice.            </w:t>
      </w:r>
    </w:p>
    <w:p w14:paraId="75F756EF" w14:textId="46F200BE"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b/>
          <w:sz w:val="24"/>
          <w:lang w:val="ro-RO"/>
        </w:rPr>
        <w:t>5.</w:t>
      </w:r>
      <w:r w:rsidRPr="00756E1F">
        <w:rPr>
          <w:rFonts w:ascii="Times New Roman" w:hAnsi="Times New Roman" w:cs="Times New Roman"/>
          <w:sz w:val="24"/>
          <w:lang w:val="ro-RO"/>
        </w:rPr>
        <w:t xml:space="preserve"> Menținem această ofertă valabilă pentru o perioadă de </w:t>
      </w:r>
      <w:r w:rsidRPr="00756E1F">
        <w:rPr>
          <w:rFonts w:ascii="Times New Roman" w:hAnsi="Times New Roman" w:cs="Times New Roman"/>
          <w:b/>
          <w:sz w:val="24"/>
          <w:lang w:val="ro-RO"/>
        </w:rPr>
        <w:t>90 zile</w:t>
      </w:r>
      <w:r w:rsidRPr="00756E1F">
        <w:rPr>
          <w:rFonts w:ascii="Times New Roman" w:hAnsi="Times New Roman" w:cs="Times New Roman"/>
          <w:sz w:val="24"/>
          <w:lang w:val="ro-RO"/>
        </w:rPr>
        <w:t xml:space="preserve"> respectiv până la data de </w:t>
      </w:r>
      <w:r w:rsidR="005A061B">
        <w:rPr>
          <w:rFonts w:ascii="Times New Roman" w:hAnsi="Times New Roman" w:cs="Times New Roman"/>
          <w:sz w:val="24"/>
          <w:lang w:val="ro-RO"/>
        </w:rPr>
        <w:t>...................</w:t>
      </w:r>
      <w:r w:rsidRPr="00756E1F">
        <w:rPr>
          <w:rFonts w:ascii="Times New Roman" w:hAnsi="Times New Roman" w:cs="Times New Roman"/>
          <w:sz w:val="24"/>
          <w:lang w:val="ro-RO"/>
        </w:rPr>
        <w:t xml:space="preserve"> şi ea va rămâne obligatorie pentru noi şi poate fi acceptată oricând înainte de expirarea perioadei de valabilitate.</w:t>
      </w:r>
    </w:p>
    <w:p w14:paraId="341FD3FC" w14:textId="2246995C" w:rsidR="00DE66DF" w:rsidRPr="00756E1F" w:rsidRDefault="00A6603C" w:rsidP="00A6603C">
      <w:pPr>
        <w:spacing w:after="0" w:line="360" w:lineRule="auto"/>
        <w:jc w:val="both"/>
        <w:rPr>
          <w:rFonts w:ascii="Times New Roman" w:hAnsi="Times New Roman" w:cs="Times New Roman"/>
          <w:sz w:val="24"/>
          <w:lang w:val="ro-RO"/>
        </w:rPr>
      </w:pPr>
      <w:r>
        <w:rPr>
          <w:rFonts w:ascii="Times New Roman" w:hAnsi="Times New Roman" w:cs="Times New Roman"/>
          <w:b/>
          <w:sz w:val="24"/>
          <w:lang w:val="ro-RO"/>
        </w:rPr>
        <w:t>6</w:t>
      </w:r>
      <w:r w:rsidR="00DE66DF" w:rsidRPr="00756E1F">
        <w:rPr>
          <w:rFonts w:ascii="Times New Roman" w:hAnsi="Times New Roman" w:cs="Times New Roman"/>
          <w:b/>
          <w:sz w:val="24"/>
          <w:lang w:val="ro-RO"/>
        </w:rPr>
        <w:t>.</w:t>
      </w:r>
      <w:r w:rsidR="00DE66DF" w:rsidRPr="00756E1F">
        <w:rPr>
          <w:rFonts w:ascii="Times New Roman" w:hAnsi="Times New Roman" w:cs="Times New Roman"/>
          <w:sz w:val="24"/>
          <w:lang w:val="ro-RO"/>
        </w:rPr>
        <w:t xml:space="preserve"> Declarăm ca </w:t>
      </w:r>
      <w:r w:rsidR="00DE66DF" w:rsidRPr="00756E1F">
        <w:rPr>
          <w:rFonts w:ascii="Times New Roman" w:hAnsi="Times New Roman" w:cs="Times New Roman"/>
          <w:b/>
          <w:sz w:val="24"/>
          <w:lang w:val="ro-RO"/>
        </w:rPr>
        <w:t>asociat unic</w:t>
      </w:r>
      <w:r w:rsidR="00DE66DF" w:rsidRPr="00756E1F">
        <w:rPr>
          <w:rFonts w:ascii="Times New Roman" w:hAnsi="Times New Roman" w:cs="Times New Roman"/>
          <w:sz w:val="24"/>
          <w:lang w:val="ro-RO"/>
        </w:rPr>
        <w:t xml:space="preserve"> este </w:t>
      </w:r>
      <w:r w:rsidR="005A061B">
        <w:rPr>
          <w:rFonts w:ascii="Times New Roman" w:hAnsi="Times New Roman" w:cs="Times New Roman"/>
          <w:sz w:val="24"/>
          <w:lang w:val="ro-RO"/>
        </w:rPr>
        <w:t>...........................................</w:t>
      </w:r>
      <w:r w:rsidR="00DE66DF" w:rsidRPr="00756E1F">
        <w:rPr>
          <w:rFonts w:ascii="Times New Roman" w:hAnsi="Times New Roman" w:cs="Times New Roman"/>
          <w:sz w:val="24"/>
          <w:lang w:val="ro-RO"/>
        </w:rPr>
        <w:t>. De asemenea, confirmăm că nu participam pentru acelaşi contract în nicio altă ofertă indiferent sub ce formă(individual,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14:paraId="599E8F7B" w14:textId="01424CC2" w:rsidR="00DE66DF" w:rsidRPr="00756E1F" w:rsidRDefault="00A6603C" w:rsidP="00A6603C">
      <w:pPr>
        <w:spacing w:after="0" w:line="360" w:lineRule="auto"/>
        <w:jc w:val="both"/>
        <w:rPr>
          <w:rFonts w:ascii="Times New Roman" w:hAnsi="Times New Roman" w:cs="Times New Roman"/>
          <w:sz w:val="24"/>
          <w:lang w:val="ro-RO"/>
        </w:rPr>
      </w:pPr>
      <w:r>
        <w:rPr>
          <w:rFonts w:ascii="Times New Roman" w:hAnsi="Times New Roman" w:cs="Times New Roman"/>
          <w:b/>
          <w:sz w:val="24"/>
          <w:lang w:val="ro-RO"/>
        </w:rPr>
        <w:t>7</w:t>
      </w:r>
      <w:r w:rsidR="00DE66DF" w:rsidRPr="00756E1F">
        <w:rPr>
          <w:rFonts w:ascii="Times New Roman" w:hAnsi="Times New Roman" w:cs="Times New Roman"/>
          <w:b/>
          <w:sz w:val="24"/>
          <w:lang w:val="ro-RO"/>
        </w:rPr>
        <w:t>.</w:t>
      </w:r>
      <w:r w:rsidR="00DE66DF" w:rsidRPr="00756E1F">
        <w:rPr>
          <w:rFonts w:ascii="Times New Roman" w:hAnsi="Times New Roman" w:cs="Times New Roman"/>
          <w:sz w:val="24"/>
          <w:lang w:val="ro-RO"/>
        </w:rPr>
        <w:t xml:space="preserve"> Cunoaștem faptul că membrii asocierii au răspundere solidară și individuală față de autoritatea contractantă în privința participării atât în procedura de atribuire cât şi ulterior semnării contractului.</w:t>
      </w:r>
    </w:p>
    <w:p w14:paraId="379E5C98" w14:textId="4DB1D73D" w:rsidR="00DE66DF" w:rsidRPr="00756E1F" w:rsidRDefault="00A6603C" w:rsidP="00A6603C">
      <w:pPr>
        <w:spacing w:after="0" w:line="360" w:lineRule="auto"/>
        <w:jc w:val="both"/>
        <w:rPr>
          <w:rFonts w:ascii="Times New Roman" w:hAnsi="Times New Roman" w:cs="Times New Roman"/>
          <w:sz w:val="24"/>
          <w:lang w:val="ro-RO"/>
        </w:rPr>
      </w:pPr>
      <w:r>
        <w:rPr>
          <w:rFonts w:ascii="Times New Roman" w:hAnsi="Times New Roman" w:cs="Times New Roman"/>
          <w:b/>
          <w:sz w:val="24"/>
          <w:lang w:val="ro-RO"/>
        </w:rPr>
        <w:t>8</w:t>
      </w:r>
      <w:r w:rsidR="00DE66DF" w:rsidRPr="00756E1F">
        <w:rPr>
          <w:rFonts w:ascii="Times New Roman" w:hAnsi="Times New Roman" w:cs="Times New Roman"/>
          <w:b/>
          <w:sz w:val="24"/>
          <w:lang w:val="ro-RO"/>
        </w:rPr>
        <w:t>.</w:t>
      </w:r>
      <w:r w:rsidR="00DE66DF" w:rsidRPr="00756E1F">
        <w:rPr>
          <w:rFonts w:ascii="Times New Roman" w:hAnsi="Times New Roman" w:cs="Times New Roman"/>
          <w:sz w:val="24"/>
          <w:lang w:val="ro-RO"/>
        </w:rPr>
        <w:t xml:space="preserve"> Vom informa imediat Autoritatea Contractantă, dacă va apărea vreo modificare în situațiile de mai sus, la orice moment în timpul procedurii de atribuire.</w:t>
      </w:r>
    </w:p>
    <w:p w14:paraId="7A2E89DC" w14:textId="563A561D" w:rsidR="00DE66DF" w:rsidRPr="00756E1F" w:rsidRDefault="00A6603C" w:rsidP="00A6603C">
      <w:pPr>
        <w:spacing w:after="0" w:line="360" w:lineRule="auto"/>
        <w:jc w:val="both"/>
        <w:rPr>
          <w:rFonts w:ascii="Times New Roman" w:hAnsi="Times New Roman" w:cs="Times New Roman"/>
          <w:sz w:val="24"/>
          <w:lang w:val="ro-RO"/>
        </w:rPr>
      </w:pPr>
      <w:r>
        <w:rPr>
          <w:rFonts w:ascii="Times New Roman" w:hAnsi="Times New Roman" w:cs="Times New Roman"/>
          <w:b/>
          <w:sz w:val="24"/>
          <w:lang w:val="ro-RO"/>
        </w:rPr>
        <w:t>9</w:t>
      </w:r>
      <w:r w:rsidR="00DE66DF" w:rsidRPr="00756E1F">
        <w:rPr>
          <w:rFonts w:ascii="Times New Roman" w:hAnsi="Times New Roman" w:cs="Times New Roman"/>
          <w:sz w:val="24"/>
          <w:lang w:val="ro-RO"/>
        </w:rPr>
        <w:t>. Ințelegem că toate costurile privind constituirea garanției de participare și transmiterea acesteia, precum și toate costurile legate de elaborarea și depunerea ofertei vor fi suportate de noi și nu vom solicita vreodată Autorității Contractante rambursarea acestora.</w:t>
      </w:r>
    </w:p>
    <w:p w14:paraId="4CF5D560" w14:textId="6DD55BC0"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b/>
          <w:sz w:val="24"/>
          <w:lang w:val="ro-RO"/>
        </w:rPr>
        <w:t>1</w:t>
      </w:r>
      <w:r w:rsidR="00A6603C">
        <w:rPr>
          <w:rFonts w:ascii="Times New Roman" w:hAnsi="Times New Roman" w:cs="Times New Roman"/>
          <w:b/>
          <w:sz w:val="24"/>
          <w:lang w:val="ro-RO"/>
        </w:rPr>
        <w:t>0</w:t>
      </w:r>
      <w:r w:rsidRPr="00756E1F">
        <w:rPr>
          <w:rFonts w:ascii="Times New Roman" w:hAnsi="Times New Roman" w:cs="Times New Roman"/>
          <w:b/>
          <w:sz w:val="24"/>
          <w:lang w:val="ro-RO"/>
        </w:rPr>
        <w:t>.</w:t>
      </w:r>
      <w:r w:rsidRPr="00756E1F">
        <w:rPr>
          <w:rFonts w:ascii="Times New Roman" w:hAnsi="Times New Roman" w:cs="Times New Roman"/>
          <w:sz w:val="24"/>
          <w:lang w:val="ro-RO"/>
        </w:rPr>
        <w:t xml:space="preserve"> Datele de identificare financiara sunt urmatoarele:</w:t>
      </w:r>
    </w:p>
    <w:p w14:paraId="0E078F8E" w14:textId="12099130"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sz w:val="24"/>
          <w:lang w:val="ro-RO"/>
        </w:rPr>
        <w:t xml:space="preserve">TITULAR CONT (Nume si adresa): </w:t>
      </w:r>
      <w:r w:rsidR="005A061B">
        <w:rPr>
          <w:rFonts w:ascii="Times New Roman" w:hAnsi="Times New Roman" w:cs="Times New Roman"/>
          <w:sz w:val="24"/>
          <w:lang w:val="ro-RO"/>
        </w:rPr>
        <w:t>...........................................</w:t>
      </w:r>
    </w:p>
    <w:p w14:paraId="531AFF98" w14:textId="11D6B2C8" w:rsidR="00DE66DF" w:rsidRPr="00A6603C" w:rsidRDefault="00DE66DF" w:rsidP="00A6603C">
      <w:pPr>
        <w:spacing w:after="0" w:line="360" w:lineRule="auto"/>
        <w:jc w:val="both"/>
        <w:rPr>
          <w:rFonts w:ascii="Times New Roman" w:hAnsi="Times New Roman" w:cs="Times New Roman"/>
          <w:sz w:val="24"/>
          <w:lang w:val="hu-HU"/>
        </w:rPr>
      </w:pPr>
      <w:r w:rsidRPr="00756E1F">
        <w:rPr>
          <w:rFonts w:ascii="Times New Roman" w:hAnsi="Times New Roman" w:cs="Times New Roman"/>
          <w:sz w:val="24"/>
          <w:lang w:val="ro-RO"/>
        </w:rPr>
        <w:t xml:space="preserve">Reprezentant (Nume, prenume, date de contact): </w:t>
      </w:r>
      <w:r w:rsidR="005A061B">
        <w:rPr>
          <w:rFonts w:ascii="Times New Roman" w:hAnsi="Times New Roman" w:cs="Times New Roman"/>
          <w:sz w:val="24"/>
          <w:lang w:val="ro-RO"/>
        </w:rPr>
        <w:t>...............</w:t>
      </w:r>
    </w:p>
    <w:p w14:paraId="4DCC4F39" w14:textId="630E0317"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sz w:val="24"/>
          <w:lang w:val="ro-RO"/>
        </w:rPr>
        <w:t xml:space="preserve">BANCA (Numele si adresa Bancii): </w:t>
      </w:r>
      <w:r w:rsidR="00A6603C">
        <w:rPr>
          <w:rFonts w:ascii="Times New Roman" w:hAnsi="Times New Roman" w:cs="Times New Roman"/>
          <w:sz w:val="24"/>
          <w:lang w:val="ro-RO"/>
        </w:rPr>
        <w:t xml:space="preserve">Trezoreria Statului </w:t>
      </w:r>
    </w:p>
    <w:p w14:paraId="320811DA" w14:textId="5E48469F"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sz w:val="24"/>
          <w:lang w:val="ro-RO"/>
        </w:rPr>
        <w:t xml:space="preserve">IBAN: </w:t>
      </w:r>
      <w:r w:rsidRPr="00756E1F">
        <w:rPr>
          <w:rFonts w:ascii="Times New Roman" w:hAnsi="Times New Roman" w:cs="Times New Roman"/>
          <w:color w:val="444444"/>
          <w:sz w:val="24"/>
          <w:shd w:val="clear" w:color="auto" w:fill="F8F8F8"/>
        </w:rPr>
        <w:t>RO</w:t>
      </w:r>
      <w:r w:rsidR="00A6603C">
        <w:rPr>
          <w:rFonts w:ascii="Times New Roman" w:hAnsi="Times New Roman" w:cs="Times New Roman"/>
          <w:color w:val="444444"/>
          <w:sz w:val="24"/>
          <w:shd w:val="clear" w:color="auto" w:fill="F8F8F8"/>
        </w:rPr>
        <w:t>……………….</w:t>
      </w:r>
    </w:p>
    <w:p w14:paraId="281DF61B" w14:textId="77777777" w:rsidR="00DE66DF" w:rsidRPr="00756E1F" w:rsidRDefault="00DE66DF" w:rsidP="00A6603C">
      <w:pPr>
        <w:spacing w:after="0" w:line="360" w:lineRule="auto"/>
        <w:jc w:val="both"/>
        <w:rPr>
          <w:rFonts w:ascii="Times New Roman" w:hAnsi="Times New Roman" w:cs="Times New Roman"/>
          <w:sz w:val="24"/>
          <w:lang w:val="ro-RO"/>
        </w:rPr>
      </w:pPr>
      <w:r w:rsidRPr="00756E1F">
        <w:rPr>
          <w:rFonts w:ascii="Times New Roman" w:hAnsi="Times New Roman" w:cs="Times New Roman"/>
          <w:b/>
          <w:sz w:val="24"/>
          <w:lang w:val="ro-RO"/>
        </w:rPr>
        <w:t>12.</w:t>
      </w:r>
      <w:r w:rsidRPr="00756E1F">
        <w:rPr>
          <w:rFonts w:ascii="Times New Roman" w:hAnsi="Times New Roman" w:cs="Times New Roman"/>
          <w:sz w:val="24"/>
          <w:lang w:val="ro-RO"/>
        </w:rPr>
        <w:t xml:space="preserve"> Declarăm că am luat la cunoștință de prevederile art. 326 « Falsul în Declarații » din Codul Penal referitor la "</w:t>
      </w:r>
      <w:r w:rsidRPr="00756E1F">
        <w:rPr>
          <w:rFonts w:ascii="Times New Roman" w:hAnsi="Times New Roman" w:cs="Times New Roman"/>
          <w:b/>
          <w:i/>
          <w:sz w:val="24"/>
          <w:lang w:val="ro-RO"/>
        </w:rPr>
        <w:t>Declararea necorespunzătoare a adevărului</w:t>
      </w:r>
      <w:r w:rsidRPr="00756E1F">
        <w:rPr>
          <w:rFonts w:ascii="Times New Roman" w:hAnsi="Times New Roman" w:cs="Times New Roman"/>
          <w:i/>
          <w:sz w:val="24"/>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Pr="00756E1F">
        <w:rPr>
          <w:rFonts w:ascii="Times New Roman" w:hAnsi="Times New Roman" w:cs="Times New Roman"/>
          <w:b/>
          <w:i/>
          <w:sz w:val="24"/>
          <w:lang w:val="ro-RO"/>
        </w:rPr>
        <w:t>se pedepseşte cu închisoare de la 3 luni la 2 ani sau cu amendă</w:t>
      </w:r>
      <w:r w:rsidRPr="00756E1F">
        <w:rPr>
          <w:rFonts w:ascii="Times New Roman" w:hAnsi="Times New Roman" w:cs="Times New Roman"/>
          <w:sz w:val="24"/>
          <w:lang w:val="ro-RO"/>
        </w:rPr>
        <w:t>."</w:t>
      </w:r>
    </w:p>
    <w:p w14:paraId="603E8FB3" w14:textId="5A4123DF" w:rsidR="00822BC5" w:rsidRPr="00DE66DF" w:rsidRDefault="00A91209" w:rsidP="00A6603C">
      <w:pPr>
        <w:spacing w:after="0"/>
        <w:rPr>
          <w:rFonts w:ascii="Times New Roman" w:hAnsi="Times New Roman" w:cs="Times New Roman"/>
          <w:sz w:val="24"/>
          <w:szCs w:val="24"/>
        </w:rPr>
      </w:pPr>
      <w:r w:rsidRPr="00DE66DF">
        <w:rPr>
          <w:rFonts w:ascii="Times New Roman" w:hAnsi="Times New Roman" w:cs="Times New Roman"/>
          <w:sz w:val="24"/>
          <w:szCs w:val="24"/>
        </w:rPr>
        <w:t xml:space="preserve">Data: </w:t>
      </w:r>
      <w:r w:rsidR="005A061B">
        <w:rPr>
          <w:rFonts w:ascii="Times New Roman" w:hAnsi="Times New Roman" w:cs="Times New Roman"/>
          <w:sz w:val="24"/>
          <w:szCs w:val="24"/>
        </w:rPr>
        <w:t>……………</w:t>
      </w:r>
      <w:proofErr w:type="gramStart"/>
      <w:r w:rsidR="005A061B">
        <w:rPr>
          <w:rFonts w:ascii="Times New Roman" w:hAnsi="Times New Roman" w:cs="Times New Roman"/>
          <w:sz w:val="24"/>
          <w:szCs w:val="24"/>
        </w:rPr>
        <w:t>…..</w:t>
      </w:r>
      <w:proofErr w:type="gramEnd"/>
      <w:r w:rsidRPr="00DE66DF">
        <w:rPr>
          <w:rFonts w:ascii="Times New Roman" w:hAnsi="Times New Roman" w:cs="Times New Roman"/>
          <w:sz w:val="24"/>
          <w:szCs w:val="24"/>
        </w:rPr>
        <w:br/>
      </w:r>
      <w:proofErr w:type="spellStart"/>
      <w:r w:rsidRPr="00DE66DF">
        <w:rPr>
          <w:rFonts w:ascii="Times New Roman" w:hAnsi="Times New Roman" w:cs="Times New Roman"/>
          <w:b/>
          <w:sz w:val="24"/>
          <w:szCs w:val="24"/>
        </w:rPr>
        <w:t>Reprezentant</w:t>
      </w:r>
      <w:proofErr w:type="spellEnd"/>
      <w:r w:rsidRPr="00DE66DF">
        <w:rPr>
          <w:rFonts w:ascii="Times New Roman" w:hAnsi="Times New Roman" w:cs="Times New Roman"/>
          <w:b/>
          <w:sz w:val="24"/>
          <w:szCs w:val="24"/>
        </w:rPr>
        <w:t xml:space="preserve"> legal: </w:t>
      </w:r>
      <w:r w:rsidR="005A061B">
        <w:rPr>
          <w:rFonts w:ascii="Times New Roman" w:hAnsi="Times New Roman" w:cs="Times New Roman"/>
          <w:b/>
          <w:sz w:val="24"/>
          <w:szCs w:val="24"/>
        </w:rPr>
        <w:t>……………..</w:t>
      </w:r>
      <w:r w:rsidRPr="00DE66DF">
        <w:rPr>
          <w:rFonts w:ascii="Times New Roman" w:hAnsi="Times New Roman" w:cs="Times New Roman"/>
          <w:b/>
          <w:sz w:val="24"/>
          <w:szCs w:val="24"/>
        </w:rPr>
        <w:br/>
      </w:r>
      <w:proofErr w:type="spellStart"/>
      <w:r w:rsidRPr="00DE66DF">
        <w:rPr>
          <w:rFonts w:ascii="Times New Roman" w:hAnsi="Times New Roman" w:cs="Times New Roman"/>
          <w:sz w:val="24"/>
          <w:szCs w:val="24"/>
        </w:rPr>
        <w:t>Funcția</w:t>
      </w:r>
      <w:proofErr w:type="spellEnd"/>
      <w:r w:rsidRPr="00DE66DF">
        <w:rPr>
          <w:rFonts w:ascii="Times New Roman" w:hAnsi="Times New Roman" w:cs="Times New Roman"/>
          <w:sz w:val="24"/>
          <w:szCs w:val="24"/>
        </w:rPr>
        <w:t xml:space="preserve">: </w:t>
      </w:r>
      <w:r w:rsidR="00A6603C">
        <w:rPr>
          <w:rFonts w:ascii="Times New Roman" w:hAnsi="Times New Roman" w:cs="Times New Roman"/>
          <w:sz w:val="24"/>
          <w:szCs w:val="24"/>
        </w:rPr>
        <w:t>administrator</w:t>
      </w:r>
      <w:r w:rsidRPr="00DE66DF">
        <w:rPr>
          <w:rFonts w:ascii="Times New Roman" w:hAnsi="Times New Roman" w:cs="Times New Roman"/>
          <w:sz w:val="24"/>
          <w:szCs w:val="24"/>
        </w:rPr>
        <w:br/>
      </w:r>
      <w:proofErr w:type="spellStart"/>
      <w:r w:rsidRPr="00DE66DF">
        <w:rPr>
          <w:rFonts w:ascii="Times New Roman" w:hAnsi="Times New Roman" w:cs="Times New Roman"/>
          <w:sz w:val="24"/>
          <w:szCs w:val="24"/>
        </w:rPr>
        <w:t>Semnătură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electronică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calificată</w:t>
      </w:r>
      <w:proofErr w:type="spellEnd"/>
      <w:r w:rsidRPr="00DE66DF">
        <w:rPr>
          <w:rFonts w:ascii="Times New Roman" w:hAnsi="Times New Roman" w:cs="Times New Roman"/>
          <w:sz w:val="24"/>
          <w:szCs w:val="24"/>
        </w:rPr>
        <w:t>: _______________________</w:t>
      </w:r>
    </w:p>
    <w:p w14:paraId="7CE0B7A4" w14:textId="77777777" w:rsidR="00195AD9" w:rsidRPr="00756E1F" w:rsidRDefault="00A91209" w:rsidP="00195AD9">
      <w:pPr>
        <w:spacing w:line="360" w:lineRule="auto"/>
        <w:jc w:val="right"/>
        <w:rPr>
          <w:rFonts w:ascii="Times New Roman" w:hAnsi="Times New Roman" w:cs="Times New Roman"/>
          <w:b/>
          <w:sz w:val="24"/>
          <w:lang w:val="ro-RO"/>
        </w:rPr>
      </w:pPr>
      <w:r w:rsidRPr="00DE66DF">
        <w:rPr>
          <w:rFonts w:ascii="Times New Roman" w:hAnsi="Times New Roman" w:cs="Times New Roman"/>
          <w:sz w:val="24"/>
          <w:szCs w:val="24"/>
        </w:rPr>
        <w:br w:type="page"/>
      </w:r>
      <w:r w:rsidR="00195AD9" w:rsidRPr="00756E1F">
        <w:rPr>
          <w:rFonts w:ascii="Times New Roman" w:hAnsi="Times New Roman" w:cs="Times New Roman"/>
          <w:b/>
          <w:sz w:val="24"/>
          <w:lang w:val="ro-RO"/>
        </w:rPr>
        <w:lastRenderedPageBreak/>
        <w:t xml:space="preserve">Anexa nr. 1 la formularul de ofertă </w:t>
      </w:r>
    </w:p>
    <w:p w14:paraId="53F1FE98" w14:textId="77777777" w:rsidR="00195AD9" w:rsidRPr="00756E1F" w:rsidRDefault="00195AD9" w:rsidP="00195AD9">
      <w:pPr>
        <w:autoSpaceDE w:val="0"/>
        <w:autoSpaceDN w:val="0"/>
        <w:adjustRightInd w:val="0"/>
        <w:spacing w:line="360" w:lineRule="auto"/>
        <w:rPr>
          <w:rFonts w:ascii="Times New Roman" w:hAnsi="Times New Roman" w:cs="Times New Roman"/>
          <w:b/>
          <w:bCs/>
          <w:sz w:val="24"/>
          <w:lang w:val="ro-RO" w:eastAsia="ro-RO"/>
        </w:rPr>
      </w:pPr>
    </w:p>
    <w:p w14:paraId="05C0FC57" w14:textId="77777777" w:rsidR="00195AD9" w:rsidRPr="00756E1F" w:rsidRDefault="00195AD9" w:rsidP="00195AD9">
      <w:pPr>
        <w:autoSpaceDE w:val="0"/>
        <w:autoSpaceDN w:val="0"/>
        <w:adjustRightInd w:val="0"/>
        <w:spacing w:line="360" w:lineRule="auto"/>
        <w:rPr>
          <w:rFonts w:ascii="Times New Roman" w:hAnsi="Times New Roman" w:cs="Times New Roman"/>
          <w:b/>
          <w:bCs/>
          <w:sz w:val="24"/>
          <w:lang w:val="ro-RO" w:eastAsia="ro-RO"/>
        </w:rPr>
      </w:pPr>
    </w:p>
    <w:p w14:paraId="579D5764" w14:textId="77777777" w:rsidR="00195AD9" w:rsidRPr="00756E1F" w:rsidRDefault="00195AD9" w:rsidP="00195AD9">
      <w:pPr>
        <w:autoSpaceDE w:val="0"/>
        <w:autoSpaceDN w:val="0"/>
        <w:adjustRightInd w:val="0"/>
        <w:spacing w:line="360" w:lineRule="auto"/>
        <w:rPr>
          <w:rFonts w:ascii="Times New Roman" w:hAnsi="Times New Roman" w:cs="Times New Roman"/>
          <w:sz w:val="24"/>
          <w:lang w:val="ro-RO" w:eastAsia="ro-RO"/>
        </w:rPr>
      </w:pPr>
    </w:p>
    <w:p w14:paraId="4A2E8399" w14:textId="77777777" w:rsidR="00195AD9" w:rsidRPr="00756E1F" w:rsidRDefault="00195AD9" w:rsidP="00195AD9">
      <w:pPr>
        <w:autoSpaceDE w:val="0"/>
        <w:autoSpaceDN w:val="0"/>
        <w:adjustRightInd w:val="0"/>
        <w:spacing w:line="360" w:lineRule="auto"/>
        <w:rPr>
          <w:rFonts w:ascii="Times New Roman" w:hAnsi="Times New Roman" w:cs="Times New Roman"/>
          <w:sz w:val="24"/>
          <w:lang w:val="ro-RO" w:eastAsia="ro-RO"/>
        </w:rPr>
      </w:pPr>
    </w:p>
    <w:p w14:paraId="757B707A" w14:textId="77777777" w:rsidR="00195AD9" w:rsidRPr="00756E1F" w:rsidRDefault="00195AD9" w:rsidP="00195AD9">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cs="Times New Roman"/>
          <w:sz w:val="24"/>
          <w:lang w:val="ro-RO" w:eastAsia="ro-RO"/>
        </w:rPr>
      </w:pPr>
    </w:p>
    <w:p w14:paraId="1B96E7BE" w14:textId="77777777" w:rsidR="00195AD9" w:rsidRPr="00756E1F" w:rsidRDefault="00195AD9" w:rsidP="00195AD9">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0"/>
        <w:rPr>
          <w:rFonts w:ascii="Times New Roman" w:hAnsi="Times New Roman" w:cs="Times New Roman"/>
          <w:sz w:val="24"/>
          <w:lang w:val="ro-RO" w:eastAsia="ro-RO"/>
        </w:rPr>
      </w:pPr>
      <w:r w:rsidRPr="00756E1F">
        <w:rPr>
          <w:rFonts w:ascii="Times New Roman" w:hAnsi="Times New Roman" w:cs="Times New Roman"/>
          <w:b/>
          <w:sz w:val="24"/>
          <w:lang w:val="ro-RO" w:eastAsia="ro-RO"/>
        </w:rPr>
        <w:t>Valoarea maximă</w:t>
      </w:r>
      <w:r w:rsidRPr="00756E1F">
        <w:rPr>
          <w:rFonts w:ascii="Times New Roman" w:hAnsi="Times New Roman" w:cs="Times New Roman"/>
          <w:sz w:val="24"/>
          <w:lang w:val="ro-RO" w:eastAsia="ro-RO"/>
        </w:rPr>
        <w:t xml:space="preserve"> a lucrărilor executate de subcontractant (% din preţul total ofertat si valoare)___0%____</w:t>
      </w:r>
    </w:p>
    <w:p w14:paraId="07451B66" w14:textId="77777777" w:rsidR="00195AD9" w:rsidRPr="00756E1F" w:rsidRDefault="00195AD9" w:rsidP="00195AD9">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cs="Times New Roman"/>
          <w:sz w:val="24"/>
          <w:lang w:val="ro-RO" w:eastAsia="ro-RO"/>
        </w:rPr>
      </w:pPr>
    </w:p>
    <w:p w14:paraId="0138D473" w14:textId="77777777" w:rsidR="00195AD9" w:rsidRPr="00756E1F" w:rsidRDefault="00195AD9" w:rsidP="00195AD9">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0"/>
        <w:rPr>
          <w:rFonts w:ascii="Times New Roman" w:hAnsi="Times New Roman" w:cs="Times New Roman"/>
          <w:sz w:val="24"/>
          <w:lang w:val="ro-RO" w:eastAsia="ro-RO"/>
        </w:rPr>
      </w:pPr>
      <w:r w:rsidRPr="00756E1F">
        <w:rPr>
          <w:rFonts w:ascii="Times New Roman" w:hAnsi="Times New Roman" w:cs="Times New Roman"/>
          <w:b/>
          <w:sz w:val="24"/>
          <w:lang w:val="ro-RO" w:eastAsia="ro-RO"/>
        </w:rPr>
        <w:t>Garanţia de bună execuţie</w:t>
      </w:r>
      <w:r w:rsidRPr="00756E1F">
        <w:rPr>
          <w:rFonts w:ascii="Times New Roman" w:hAnsi="Times New Roman" w:cs="Times New Roman"/>
          <w:sz w:val="24"/>
          <w:lang w:val="ro-RO" w:eastAsia="ro-RO"/>
        </w:rPr>
        <w:t xml:space="preserve"> va fi constituită sub forma___conform contract__în cuantum de:_10%</w:t>
      </w:r>
    </w:p>
    <w:p w14:paraId="7C3B02AF" w14:textId="77777777" w:rsidR="00195AD9" w:rsidRPr="00756E1F" w:rsidRDefault="00195AD9" w:rsidP="00195AD9">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Times New Roman" w:hAnsi="Times New Roman" w:cs="Times New Roman"/>
          <w:sz w:val="24"/>
          <w:lang w:val="ro-RO" w:eastAsia="ro-RO"/>
        </w:rPr>
      </w:pPr>
    </w:p>
    <w:p w14:paraId="7EE2FBA4" w14:textId="77777777" w:rsidR="00195AD9" w:rsidRPr="00756E1F" w:rsidRDefault="00195AD9" w:rsidP="00195AD9">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0"/>
        <w:rPr>
          <w:rFonts w:ascii="Times New Roman" w:hAnsi="Times New Roman" w:cs="Times New Roman"/>
          <w:i/>
          <w:iCs/>
          <w:sz w:val="24"/>
          <w:lang w:val="ro-RO" w:eastAsia="ro-RO"/>
        </w:rPr>
      </w:pPr>
      <w:r w:rsidRPr="00756E1F">
        <w:rPr>
          <w:rFonts w:ascii="Times New Roman" w:hAnsi="Times New Roman" w:cs="Times New Roman"/>
          <w:b/>
          <w:sz w:val="24"/>
          <w:lang w:val="ro-RO" w:eastAsia="ro-RO"/>
        </w:rPr>
        <w:t>Perioada de garanţie de tehnică</w:t>
      </w:r>
      <w:r w:rsidRPr="00756E1F">
        <w:rPr>
          <w:rFonts w:ascii="Times New Roman" w:hAnsi="Times New Roman" w:cs="Times New Roman"/>
          <w:sz w:val="24"/>
          <w:lang w:val="ro-RO" w:eastAsia="ro-RO"/>
        </w:rPr>
        <w:t xml:space="preserve"> </w:t>
      </w:r>
      <w:r w:rsidRPr="00756E1F">
        <w:rPr>
          <w:rFonts w:ascii="Times New Roman" w:hAnsi="Times New Roman" w:cs="Times New Roman"/>
          <w:i/>
          <w:iCs/>
          <w:sz w:val="24"/>
          <w:lang w:val="ro-RO" w:eastAsia="ro-RO"/>
        </w:rPr>
        <w:t>(luni calendaristice)_____24 luni______</w:t>
      </w:r>
    </w:p>
    <w:p w14:paraId="64DCC8EC" w14:textId="77777777" w:rsidR="00195AD9" w:rsidRPr="00756E1F" w:rsidRDefault="00195AD9" w:rsidP="00195AD9">
      <w:pPr>
        <w:pStyle w:val="ListParagraph"/>
        <w:pBdr>
          <w:top w:val="single" w:sz="4" w:space="1" w:color="auto"/>
          <w:left w:val="single" w:sz="4" w:space="4" w:color="auto"/>
          <w:bottom w:val="single" w:sz="4" w:space="1" w:color="auto"/>
          <w:right w:val="single" w:sz="4" w:space="4" w:color="auto"/>
        </w:pBdr>
        <w:spacing w:line="360" w:lineRule="auto"/>
        <w:ind w:left="0"/>
        <w:rPr>
          <w:rFonts w:ascii="Times New Roman" w:hAnsi="Times New Roman"/>
          <w:i/>
          <w:iCs/>
          <w:sz w:val="24"/>
          <w:szCs w:val="24"/>
          <w:lang w:val="ro-RO" w:eastAsia="ro-RO"/>
        </w:rPr>
      </w:pPr>
    </w:p>
    <w:p w14:paraId="0514F9CD" w14:textId="77777777" w:rsidR="00195AD9" w:rsidRPr="00756E1F" w:rsidRDefault="00195AD9" w:rsidP="00195AD9">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0"/>
        <w:rPr>
          <w:rFonts w:ascii="Times New Roman" w:hAnsi="Times New Roman" w:cs="Times New Roman"/>
          <w:i/>
          <w:iCs/>
          <w:sz w:val="24"/>
          <w:lang w:val="ro-RO" w:eastAsia="ro-RO"/>
        </w:rPr>
      </w:pPr>
      <w:r w:rsidRPr="00756E1F">
        <w:rPr>
          <w:rFonts w:ascii="Times New Roman" w:hAnsi="Times New Roman" w:cs="Times New Roman"/>
          <w:b/>
          <w:sz w:val="24"/>
          <w:lang w:val="ro-RO" w:eastAsia="ro-RO"/>
        </w:rPr>
        <w:t>Perioada de mobilizare</w:t>
      </w:r>
      <w:r w:rsidRPr="00756E1F">
        <w:rPr>
          <w:rFonts w:ascii="Times New Roman" w:hAnsi="Times New Roman" w:cs="Times New Roman"/>
          <w:sz w:val="24"/>
          <w:lang w:val="ro-RO" w:eastAsia="ro-RO"/>
        </w:rPr>
        <w:t xml:space="preserve"> </w:t>
      </w:r>
      <w:r w:rsidRPr="00756E1F">
        <w:rPr>
          <w:rFonts w:ascii="Times New Roman" w:hAnsi="Times New Roman" w:cs="Times New Roman"/>
          <w:i/>
          <w:iCs/>
          <w:sz w:val="24"/>
          <w:lang w:val="ro-RO" w:eastAsia="ro-RO"/>
        </w:rPr>
        <w:t>(numărul de zile calendaristice de la data primirii ordinului de începere a lucrărilor până la data începerii execuţiei)________24 ore_______________________</w:t>
      </w:r>
    </w:p>
    <w:p w14:paraId="10BFEED0" w14:textId="77777777" w:rsidR="00195AD9" w:rsidRPr="00756E1F" w:rsidRDefault="00195AD9" w:rsidP="00195AD9">
      <w:pPr>
        <w:pStyle w:val="ListParagraph"/>
        <w:pBdr>
          <w:top w:val="single" w:sz="4" w:space="1" w:color="auto"/>
          <w:left w:val="single" w:sz="4" w:space="4" w:color="auto"/>
          <w:bottom w:val="single" w:sz="4" w:space="1" w:color="auto"/>
          <w:right w:val="single" w:sz="4" w:space="4" w:color="auto"/>
        </w:pBdr>
        <w:spacing w:line="360" w:lineRule="auto"/>
        <w:ind w:left="0"/>
        <w:rPr>
          <w:rFonts w:ascii="Times New Roman" w:hAnsi="Times New Roman"/>
          <w:i/>
          <w:iCs/>
          <w:sz w:val="24"/>
          <w:szCs w:val="24"/>
          <w:lang w:val="ro-RO" w:eastAsia="ro-RO"/>
        </w:rPr>
      </w:pPr>
    </w:p>
    <w:p w14:paraId="2E396406" w14:textId="77777777" w:rsidR="00195AD9" w:rsidRPr="00756E1F" w:rsidRDefault="00195AD9" w:rsidP="00195AD9">
      <w:pPr>
        <w:pBdr>
          <w:top w:val="single" w:sz="4" w:space="1" w:color="auto"/>
          <w:left w:val="single" w:sz="4" w:space="4" w:color="auto"/>
          <w:bottom w:val="single" w:sz="4" w:space="1" w:color="auto"/>
          <w:right w:val="single" w:sz="4" w:space="4" w:color="auto"/>
        </w:pBdr>
        <w:spacing w:line="360" w:lineRule="auto"/>
        <w:jc w:val="right"/>
        <w:rPr>
          <w:rFonts w:ascii="Times New Roman" w:hAnsi="Times New Roman" w:cs="Times New Roman"/>
          <w:b/>
          <w:sz w:val="24"/>
          <w:lang w:val="ro-RO"/>
        </w:rPr>
      </w:pPr>
    </w:p>
    <w:p w14:paraId="6ABF1870" w14:textId="77777777" w:rsidR="00195AD9" w:rsidRPr="00756E1F" w:rsidRDefault="00195AD9" w:rsidP="00195AD9">
      <w:pPr>
        <w:spacing w:line="360" w:lineRule="auto"/>
        <w:jc w:val="right"/>
        <w:rPr>
          <w:rFonts w:ascii="Times New Roman" w:hAnsi="Times New Roman" w:cs="Times New Roman"/>
          <w:b/>
          <w:sz w:val="24"/>
          <w:lang w:val="ro-RO"/>
        </w:rPr>
      </w:pPr>
    </w:p>
    <w:p w14:paraId="602ABF10" w14:textId="40196DDC" w:rsidR="00822BC5" w:rsidRPr="00DE66DF" w:rsidRDefault="00A91209" w:rsidP="00195AD9">
      <w:pPr>
        <w:spacing w:after="0"/>
        <w:rPr>
          <w:rFonts w:ascii="Times New Roman" w:hAnsi="Times New Roman" w:cs="Times New Roman"/>
          <w:sz w:val="24"/>
          <w:szCs w:val="24"/>
        </w:rPr>
      </w:pPr>
      <w:r w:rsidRPr="00DE66DF">
        <w:rPr>
          <w:rFonts w:ascii="Times New Roman" w:hAnsi="Times New Roman" w:cs="Times New Roman"/>
          <w:sz w:val="24"/>
          <w:szCs w:val="24"/>
        </w:rPr>
        <w:br w:type="page"/>
      </w:r>
    </w:p>
    <w:p w14:paraId="042237FD" w14:textId="7B7DCC18" w:rsidR="00DE66DF" w:rsidRPr="00DE66DF" w:rsidRDefault="00DE66DF" w:rsidP="00A6603C">
      <w:pPr>
        <w:spacing w:after="0" w:line="360" w:lineRule="auto"/>
        <w:jc w:val="right"/>
        <w:rPr>
          <w:rFonts w:ascii="Times New Roman" w:hAnsi="Times New Roman" w:cs="Times New Roman"/>
          <w:b/>
          <w:sz w:val="24"/>
          <w:szCs w:val="24"/>
          <w:lang w:val="ro-RO"/>
        </w:rPr>
      </w:pPr>
      <w:r w:rsidRPr="00DE66DF">
        <w:rPr>
          <w:rFonts w:ascii="Times New Roman" w:hAnsi="Times New Roman" w:cs="Times New Roman"/>
          <w:b/>
          <w:sz w:val="24"/>
          <w:szCs w:val="24"/>
          <w:lang w:val="ro-RO"/>
        </w:rPr>
        <w:lastRenderedPageBreak/>
        <w:t>Formularul nr.</w:t>
      </w:r>
      <w:r w:rsidR="00195AD9">
        <w:rPr>
          <w:rFonts w:ascii="Times New Roman" w:hAnsi="Times New Roman" w:cs="Times New Roman"/>
          <w:b/>
          <w:sz w:val="24"/>
          <w:szCs w:val="24"/>
          <w:lang w:val="ro-RO"/>
        </w:rPr>
        <w:t>1</w:t>
      </w:r>
    </w:p>
    <w:p w14:paraId="2FCA861B" w14:textId="77777777" w:rsidR="00DE66DF" w:rsidRPr="00DE66DF" w:rsidRDefault="00DE66DF" w:rsidP="00A6603C">
      <w:pPr>
        <w:spacing w:after="0" w:line="360" w:lineRule="auto"/>
        <w:jc w:val="both"/>
        <w:rPr>
          <w:rFonts w:ascii="Times New Roman" w:hAnsi="Times New Roman" w:cs="Times New Roman"/>
          <w:b/>
          <w:sz w:val="24"/>
          <w:szCs w:val="24"/>
          <w:lang w:val="ro-RO"/>
        </w:rPr>
      </w:pPr>
      <w:r w:rsidRPr="00DE66DF">
        <w:rPr>
          <w:rFonts w:ascii="Times New Roman" w:hAnsi="Times New Roman" w:cs="Times New Roman"/>
          <w:b/>
          <w:sz w:val="24"/>
          <w:szCs w:val="24"/>
          <w:lang w:val="ro-RO"/>
        </w:rPr>
        <w:t>OFERTANT</w:t>
      </w:r>
    </w:p>
    <w:p w14:paraId="74275C48" w14:textId="4CA97D00" w:rsidR="00DE66DF" w:rsidRPr="00DE66DF" w:rsidRDefault="005A061B" w:rsidP="00A6603C">
      <w:pPr>
        <w:spacing w:after="0" w:line="360" w:lineRule="auto"/>
        <w:jc w:val="both"/>
        <w:rPr>
          <w:rFonts w:ascii="Times New Roman" w:hAnsi="Times New Roman" w:cs="Times New Roman"/>
          <w:sz w:val="24"/>
          <w:szCs w:val="24"/>
          <w:lang w:val="ro-RO"/>
        </w:rPr>
      </w:pPr>
      <w:r>
        <w:rPr>
          <w:rFonts w:ascii="Times New Roman" w:hAnsi="Times New Roman" w:cs="Times New Roman"/>
          <w:sz w:val="24"/>
          <w:lang w:val="ro-RO"/>
        </w:rPr>
        <w:t>...........................................</w:t>
      </w:r>
    </w:p>
    <w:p w14:paraId="250C1C10" w14:textId="77777777" w:rsidR="00DE66DF" w:rsidRPr="00DE66DF" w:rsidRDefault="00DE66DF" w:rsidP="00A6603C">
      <w:pPr>
        <w:spacing w:after="0" w:line="360" w:lineRule="auto"/>
        <w:jc w:val="both"/>
        <w:rPr>
          <w:rFonts w:ascii="Times New Roman" w:hAnsi="Times New Roman" w:cs="Times New Roman"/>
          <w:sz w:val="24"/>
          <w:szCs w:val="24"/>
          <w:lang w:val="ro-RO"/>
        </w:rPr>
      </w:pPr>
    </w:p>
    <w:p w14:paraId="5C9D467C" w14:textId="77777777" w:rsidR="00DE66DF" w:rsidRPr="00DE66DF" w:rsidRDefault="00DE66DF" w:rsidP="00A6603C">
      <w:pPr>
        <w:spacing w:after="0" w:line="360" w:lineRule="auto"/>
        <w:jc w:val="center"/>
        <w:rPr>
          <w:rFonts w:ascii="Times New Roman" w:hAnsi="Times New Roman" w:cs="Times New Roman"/>
          <w:sz w:val="24"/>
          <w:szCs w:val="24"/>
          <w:lang w:val="ro-RO"/>
        </w:rPr>
      </w:pPr>
      <w:r w:rsidRPr="00DE66DF">
        <w:rPr>
          <w:rFonts w:ascii="Times New Roman" w:hAnsi="Times New Roman" w:cs="Times New Roman"/>
          <w:b/>
          <w:bCs/>
          <w:sz w:val="24"/>
          <w:szCs w:val="24"/>
          <w:lang w:val="ro-RO"/>
        </w:rPr>
        <w:t>Declarație privind respectarea reglementărilor obligatorii din domeniul mediului, social, al relațiilor de muncă și privind respectarea legislației de securitate și sănătate în muncă</w:t>
      </w:r>
    </w:p>
    <w:p w14:paraId="18A5F77D" w14:textId="77777777" w:rsidR="00DE66DF" w:rsidRPr="00DE66DF" w:rsidRDefault="00DE66DF" w:rsidP="00A6603C">
      <w:pPr>
        <w:spacing w:after="0" w:line="360" w:lineRule="auto"/>
        <w:jc w:val="both"/>
        <w:rPr>
          <w:rFonts w:ascii="Times New Roman" w:hAnsi="Times New Roman" w:cs="Times New Roman"/>
          <w:sz w:val="24"/>
          <w:szCs w:val="24"/>
          <w:lang w:val="ro-RO"/>
        </w:rPr>
      </w:pPr>
    </w:p>
    <w:p w14:paraId="3214343A" w14:textId="77777777" w:rsidR="00DE66DF" w:rsidRPr="00DE66DF" w:rsidRDefault="00DE66DF" w:rsidP="00A6603C">
      <w:pPr>
        <w:spacing w:after="0" w:line="360" w:lineRule="auto"/>
        <w:jc w:val="both"/>
        <w:rPr>
          <w:rFonts w:ascii="Times New Roman" w:hAnsi="Times New Roman" w:cs="Times New Roman"/>
          <w:sz w:val="24"/>
          <w:szCs w:val="24"/>
          <w:lang w:val="ro-RO"/>
        </w:rPr>
      </w:pPr>
    </w:p>
    <w:p w14:paraId="4C24694A" w14:textId="7E5D78D4"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b/>
          <w:sz w:val="24"/>
          <w:szCs w:val="24"/>
          <w:lang w:val="ro-RO"/>
        </w:rPr>
        <w:tab/>
        <w:t>Subsemnatul(a)</w:t>
      </w:r>
      <w:r w:rsidRPr="00DE66DF">
        <w:rPr>
          <w:rFonts w:ascii="Times New Roman" w:hAnsi="Times New Roman" w:cs="Times New Roman"/>
          <w:sz w:val="24"/>
          <w:szCs w:val="24"/>
          <w:lang w:val="ro-RO"/>
        </w:rPr>
        <w:t xml:space="preserve"> (</w:t>
      </w:r>
      <w:r w:rsidRPr="00DE66DF">
        <w:rPr>
          <w:rFonts w:ascii="Times New Roman" w:hAnsi="Times New Roman" w:cs="Times New Roman"/>
          <w:i/>
          <w:sz w:val="24"/>
          <w:szCs w:val="24"/>
          <w:lang w:val="ro-RO"/>
        </w:rPr>
        <w:t>nume/ prenume</w:t>
      </w:r>
      <w:r w:rsidRPr="00DE66DF">
        <w:rPr>
          <w:rFonts w:ascii="Times New Roman" w:hAnsi="Times New Roman" w:cs="Times New Roman"/>
          <w:sz w:val="24"/>
          <w:szCs w:val="24"/>
          <w:lang w:val="ro-RO"/>
        </w:rPr>
        <w:t xml:space="preserve">), domiciliat(a) in </w:t>
      </w:r>
      <w:r w:rsidR="005A061B">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cu domiciliul în județul harghita, </w:t>
      </w:r>
      <w:r w:rsidR="00676591">
        <w:rPr>
          <w:rFonts w:ascii="Times New Roman" w:hAnsi="Times New Roman" w:cs="Times New Roman"/>
          <w:sz w:val="24"/>
          <w:szCs w:val="24"/>
          <w:lang w:val="ro-RO"/>
        </w:rPr>
        <w:t xml:space="preserve">Localitatea </w:t>
      </w:r>
      <w:r w:rsidR="005A061B">
        <w:rPr>
          <w:rFonts w:ascii="Times New Roman" w:hAnsi="Times New Roman" w:cs="Times New Roman"/>
          <w:sz w:val="24"/>
          <w:szCs w:val="24"/>
          <w:lang w:val="ro-RO"/>
        </w:rPr>
        <w:t>...........................................</w:t>
      </w:r>
      <w:r w:rsidR="00676591">
        <w:rPr>
          <w:rFonts w:ascii="Times New Roman" w:hAnsi="Times New Roman" w:cs="Times New Roman"/>
          <w:sz w:val="24"/>
          <w:szCs w:val="24"/>
          <w:lang w:val="ro-RO"/>
        </w:rPr>
        <w:t>, nr. 394</w:t>
      </w:r>
      <w:r w:rsidRPr="00DE66DF">
        <w:rPr>
          <w:rFonts w:ascii="Times New Roman" w:hAnsi="Times New Roman" w:cs="Times New Roman"/>
          <w:sz w:val="24"/>
          <w:szCs w:val="24"/>
          <w:lang w:val="ro-RO"/>
        </w:rPr>
        <w:t xml:space="preserve"> (</w:t>
      </w:r>
      <w:r w:rsidRPr="00DE66DF">
        <w:rPr>
          <w:rFonts w:ascii="Times New Roman" w:hAnsi="Times New Roman" w:cs="Times New Roman"/>
          <w:i/>
          <w:sz w:val="24"/>
          <w:szCs w:val="24"/>
          <w:lang w:val="ro-RO"/>
        </w:rPr>
        <w:t>adresa de domiciliu</w:t>
      </w:r>
      <w:r w:rsidRPr="00DE66DF">
        <w:rPr>
          <w:rFonts w:ascii="Times New Roman" w:hAnsi="Times New Roman" w:cs="Times New Roman"/>
          <w:sz w:val="24"/>
          <w:szCs w:val="24"/>
          <w:lang w:val="ro-RO"/>
        </w:rPr>
        <w:t>), identificat(a) cu act de identitate (</w:t>
      </w:r>
      <w:r w:rsidRPr="00DE66DF">
        <w:rPr>
          <w:rFonts w:ascii="Times New Roman" w:hAnsi="Times New Roman" w:cs="Times New Roman"/>
          <w:i/>
          <w:sz w:val="24"/>
          <w:szCs w:val="24"/>
          <w:lang w:val="ro-RO"/>
        </w:rPr>
        <w:t>CI/ Pasaport</w:t>
      </w:r>
      <w:r w:rsidRPr="00DE66DF">
        <w:rPr>
          <w:rFonts w:ascii="Times New Roman" w:hAnsi="Times New Roman" w:cs="Times New Roman"/>
          <w:sz w:val="24"/>
          <w:szCs w:val="24"/>
          <w:lang w:val="ro-RO"/>
        </w:rPr>
        <w:t xml:space="preserve">), seria HR , nr. </w:t>
      </w:r>
      <w:r w:rsidR="00676591">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eliberat de..SPCLEP </w:t>
      </w:r>
      <w:r w:rsidR="00676591">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la data de </w:t>
      </w:r>
      <w:r w:rsidR="00676591">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CNP </w:t>
      </w:r>
      <w:r w:rsidR="00676591">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w:t>
      </w:r>
      <w:r w:rsidRPr="00DE66DF">
        <w:rPr>
          <w:rFonts w:ascii="Times New Roman" w:hAnsi="Times New Roman" w:cs="Times New Roman"/>
          <w:b/>
          <w:sz w:val="24"/>
          <w:szCs w:val="24"/>
          <w:lang w:val="ro-RO"/>
        </w:rPr>
        <w:t>in calitate de</w:t>
      </w:r>
      <w:r w:rsidRPr="00DE66DF">
        <w:rPr>
          <w:rFonts w:ascii="Times New Roman" w:hAnsi="Times New Roman" w:cs="Times New Roman"/>
          <w:sz w:val="24"/>
          <w:szCs w:val="24"/>
          <w:lang w:val="ro-RO"/>
        </w:rPr>
        <w:t xml:space="preserve"> </w:t>
      </w:r>
      <w:r w:rsidRPr="00DE66DF">
        <w:rPr>
          <w:rFonts w:ascii="Times New Roman" w:hAnsi="Times New Roman" w:cs="Times New Roman"/>
          <w:i/>
          <w:sz w:val="24"/>
          <w:szCs w:val="24"/>
          <w:lang w:val="ro-RO"/>
        </w:rPr>
        <w:t xml:space="preserve">reprezentant imputernicit </w:t>
      </w:r>
      <w:r w:rsidRPr="00DE66DF">
        <w:rPr>
          <w:rFonts w:ascii="Times New Roman" w:hAnsi="Times New Roman" w:cs="Times New Roman"/>
          <w:b/>
          <w:sz w:val="24"/>
          <w:szCs w:val="24"/>
          <w:lang w:val="ro-RO"/>
        </w:rPr>
        <w:t xml:space="preserve">al Ofertantului </w:t>
      </w:r>
      <w:r w:rsidR="005A061B">
        <w:rPr>
          <w:rFonts w:ascii="Times New Roman" w:hAnsi="Times New Roman" w:cs="Times New Roman"/>
          <w:sz w:val="24"/>
          <w:lang w:val="ro-RO"/>
        </w:rPr>
        <w:t>...........................................</w:t>
      </w:r>
    </w:p>
    <w:p w14:paraId="2BE81C04" w14:textId="0B07B5BE"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sz w:val="24"/>
          <w:szCs w:val="24"/>
          <w:lang w:val="ro-RO"/>
        </w:rPr>
        <w:t xml:space="preserve">la procedura pentru atribuirea contractului de lucrari </w:t>
      </w:r>
      <w:proofErr w:type="spellStart"/>
      <w:r w:rsidRPr="00DE66DF">
        <w:rPr>
          <w:rFonts w:ascii="Times New Roman" w:hAnsi="Times New Roman" w:cs="Times New Roman"/>
          <w:color w:val="000000"/>
          <w:kern w:val="36"/>
          <w:sz w:val="24"/>
          <w:szCs w:val="24"/>
          <w:lang w:val="hu-HU"/>
        </w:rPr>
        <w:t>Execu</w:t>
      </w:r>
      <w:r w:rsidRPr="00DE66DF">
        <w:rPr>
          <w:rFonts w:ascii="Times New Roman" w:hAnsi="Times New Roman" w:cs="Times New Roman"/>
          <w:color w:val="000000"/>
          <w:kern w:val="36"/>
          <w:sz w:val="24"/>
          <w:szCs w:val="24"/>
        </w:rPr>
        <w:t>ția</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lucrări</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în</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cadrul</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proiectului</w:t>
      </w:r>
      <w:proofErr w:type="spellEnd"/>
      <w:r w:rsidRPr="00DE66DF">
        <w:rPr>
          <w:rFonts w:ascii="Times New Roman" w:hAnsi="Times New Roman" w:cs="Times New Roman"/>
          <w:color w:val="000000"/>
          <w:kern w:val="36"/>
          <w:sz w:val="24"/>
          <w:szCs w:val="24"/>
        </w:rPr>
        <w:t xml:space="preserve"> ”</w:t>
      </w:r>
      <w:r w:rsidRPr="00DE66DF">
        <w:rPr>
          <w:rFonts w:ascii="Times New Roman" w:hAnsi="Times New Roman" w:cs="Times New Roman"/>
          <w:kern w:val="36"/>
          <w:sz w:val="24"/>
          <w:szCs w:val="24"/>
        </w:rPr>
        <w:t xml:space="preserve"> </w:t>
      </w:r>
      <w:proofErr w:type="spellStart"/>
      <w:r w:rsidR="00676591" w:rsidRPr="00DE66DF">
        <w:rPr>
          <w:rFonts w:ascii="Times New Roman" w:hAnsi="Times New Roman" w:cs="Times New Roman"/>
          <w:b/>
          <w:sz w:val="24"/>
          <w:szCs w:val="24"/>
        </w:rPr>
        <w:t>Amenajare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trotuare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lângă</w:t>
      </w:r>
      <w:proofErr w:type="spellEnd"/>
      <w:r w:rsidR="00676591" w:rsidRPr="00DE66DF">
        <w:rPr>
          <w:rFonts w:ascii="Times New Roman" w:hAnsi="Times New Roman" w:cs="Times New Roman"/>
          <w:b/>
          <w:sz w:val="24"/>
          <w:szCs w:val="24"/>
        </w:rPr>
        <w:t xml:space="preserve"> DJ153C” – Strada </w:t>
      </w:r>
      <w:proofErr w:type="spellStart"/>
      <w:r w:rsidR="00676591" w:rsidRPr="00DE66DF">
        <w:rPr>
          <w:rFonts w:ascii="Times New Roman" w:hAnsi="Times New Roman" w:cs="Times New Roman"/>
          <w:b/>
          <w:sz w:val="24"/>
          <w:szCs w:val="24"/>
        </w:rPr>
        <w:t>Szent</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István</w:t>
      </w:r>
      <w:proofErr w:type="spellEnd"/>
      <w:r w:rsidR="00676591" w:rsidRPr="00DE66DF">
        <w:rPr>
          <w:rFonts w:ascii="Times New Roman" w:hAnsi="Times New Roman" w:cs="Times New Roman"/>
          <w:b/>
          <w:sz w:val="24"/>
          <w:szCs w:val="24"/>
        </w:rPr>
        <w:t xml:space="preserve"> (AX1 </w:t>
      </w:r>
      <w:proofErr w:type="spellStart"/>
      <w:r w:rsidR="00676591" w:rsidRPr="00DE66DF">
        <w:rPr>
          <w:rFonts w:ascii="Times New Roman" w:hAnsi="Times New Roman" w:cs="Times New Roman"/>
          <w:b/>
          <w:sz w:val="24"/>
          <w:szCs w:val="24"/>
        </w:rPr>
        <w:t>și</w:t>
      </w:r>
      <w:proofErr w:type="spellEnd"/>
      <w:r w:rsidR="00676591" w:rsidRPr="00DE66DF">
        <w:rPr>
          <w:rFonts w:ascii="Times New Roman" w:hAnsi="Times New Roman" w:cs="Times New Roman"/>
          <w:b/>
          <w:sz w:val="24"/>
          <w:szCs w:val="24"/>
        </w:rPr>
        <w:t xml:space="preserve"> AX2), </w:t>
      </w:r>
      <w:proofErr w:type="spellStart"/>
      <w:r w:rsidR="00676591" w:rsidRPr="00DE66DF">
        <w:rPr>
          <w:rFonts w:ascii="Times New Roman" w:hAnsi="Times New Roman" w:cs="Times New Roman"/>
          <w:b/>
          <w:sz w:val="24"/>
          <w:szCs w:val="24"/>
        </w:rPr>
        <w:t>Comuna</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Remetea</w:t>
      </w:r>
      <w:proofErr w:type="spellEnd"/>
      <w:r w:rsidR="00676591" w:rsidRPr="00DE66DF">
        <w:rPr>
          <w:rFonts w:ascii="Times New Roman" w:hAnsi="Times New Roman" w:cs="Times New Roman"/>
          <w:sz w:val="24"/>
          <w:szCs w:val="24"/>
          <w:lang w:val="ro-RO"/>
        </w:rPr>
        <w:t xml:space="preserve"> </w:t>
      </w:r>
      <w:r w:rsidRPr="00DE66DF">
        <w:rPr>
          <w:rFonts w:ascii="Times New Roman" w:hAnsi="Times New Roman" w:cs="Times New Roman"/>
          <w:sz w:val="24"/>
          <w:szCs w:val="24"/>
          <w:lang w:val="ro-RO"/>
        </w:rPr>
        <w:t>organizată de Comuna Remetea declar pe propria raspundere, ca pe toata durata contractului, voi respecta reglementarile obligatorii din domeniul mediului, social si al relatiilor de munca.</w:t>
      </w:r>
    </w:p>
    <w:p w14:paraId="0287A105" w14:textId="77777777"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sz w:val="24"/>
          <w:szCs w:val="24"/>
          <w:lang w:val="ro-RO"/>
        </w:rPr>
        <w:tab/>
        <w:t>De asemenea, declar pe propria raspundere, ca pe toata durata contractului, voi respecta legislatia de securitate şi sanatate in munca, in vigoare, pentru tot personalul angajat in executia lucrarilor.</w:t>
      </w:r>
    </w:p>
    <w:p w14:paraId="2838EEF2" w14:textId="77777777"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bCs/>
          <w:iCs/>
          <w:sz w:val="24"/>
          <w:szCs w:val="24"/>
          <w:lang w:val="ro-RO"/>
        </w:rPr>
        <w:t>Totodata, declar ca am luat la cunostinta de prevederile art 326 « Falsul in Declaratii » din Codul Penal referitor la "</w:t>
      </w:r>
      <w:r w:rsidRPr="00DE66DF">
        <w:rPr>
          <w:rFonts w:ascii="Times New Roman" w:hAnsi="Times New Roman" w:cs="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DE66DF">
        <w:rPr>
          <w:rFonts w:ascii="Times New Roman" w:hAnsi="Times New Roman" w:cs="Times New Roman"/>
          <w:bCs/>
          <w:iCs/>
          <w:sz w:val="24"/>
          <w:szCs w:val="24"/>
          <w:lang w:val="ro-RO"/>
        </w:rPr>
        <w:t>."</w:t>
      </w:r>
      <w:r w:rsidRPr="00DE66DF">
        <w:rPr>
          <w:rFonts w:ascii="Times New Roman" w:hAnsi="Times New Roman" w:cs="Times New Roman"/>
          <w:sz w:val="24"/>
          <w:szCs w:val="24"/>
          <w:lang w:val="ro-RO"/>
        </w:rPr>
        <w:t>.</w:t>
      </w:r>
    </w:p>
    <w:p w14:paraId="2B338140" w14:textId="77777777" w:rsidR="00DE66DF" w:rsidRPr="00DE66DF" w:rsidRDefault="00DE66DF" w:rsidP="00A6603C">
      <w:pPr>
        <w:spacing w:after="0" w:line="360" w:lineRule="auto"/>
        <w:ind w:firstLine="1080"/>
        <w:jc w:val="both"/>
        <w:rPr>
          <w:rFonts w:ascii="Times New Roman" w:hAnsi="Times New Roman" w:cs="Times New Roman"/>
          <w:sz w:val="24"/>
          <w:szCs w:val="24"/>
          <w:lang w:val="ro-RO"/>
        </w:rPr>
      </w:pPr>
    </w:p>
    <w:p w14:paraId="71F23BBB" w14:textId="0943B9D7" w:rsidR="00DE66DF" w:rsidRPr="00DE66DF" w:rsidRDefault="00DE66DF" w:rsidP="00A6603C">
      <w:pPr>
        <w:spacing w:after="0" w:line="360" w:lineRule="auto"/>
        <w:jc w:val="both"/>
        <w:rPr>
          <w:rFonts w:ascii="Times New Roman" w:hAnsi="Times New Roman" w:cs="Times New Roman"/>
          <w:b/>
          <w:sz w:val="24"/>
          <w:szCs w:val="24"/>
          <w:lang w:val="ro-RO"/>
        </w:rPr>
      </w:pPr>
      <w:r w:rsidRPr="00DE66DF">
        <w:rPr>
          <w:rFonts w:ascii="Times New Roman" w:hAnsi="Times New Roman" w:cs="Times New Roman"/>
          <w:sz w:val="24"/>
          <w:szCs w:val="24"/>
          <w:lang w:val="ro-RO"/>
        </w:rPr>
        <w:t xml:space="preserve">Data </w:t>
      </w:r>
      <w:r w:rsidR="005A061B">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w:t>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b/>
          <w:sz w:val="24"/>
          <w:szCs w:val="24"/>
          <w:lang w:val="ro-RO"/>
        </w:rPr>
        <w:t>Reprezentant legal Ofertant unic</w:t>
      </w:r>
    </w:p>
    <w:p w14:paraId="74EA59B6" w14:textId="4888F746" w:rsidR="00DE66DF" w:rsidRPr="00DE66DF" w:rsidRDefault="005A061B" w:rsidP="00A6603C">
      <w:pPr>
        <w:spacing w:after="0" w:line="360" w:lineRule="auto"/>
        <w:ind w:left="3969" w:firstLine="567"/>
        <w:jc w:val="both"/>
        <w:rPr>
          <w:rFonts w:ascii="Times New Roman" w:hAnsi="Times New Roman" w:cs="Times New Roman"/>
          <w:sz w:val="24"/>
          <w:szCs w:val="24"/>
          <w:lang w:val="ro-RO"/>
        </w:rPr>
      </w:pPr>
      <w:r>
        <w:rPr>
          <w:rFonts w:ascii="Times New Roman" w:hAnsi="Times New Roman" w:cs="Times New Roman"/>
          <w:sz w:val="24"/>
          <w:lang w:val="ro-RO"/>
        </w:rPr>
        <w:t>...........................................</w:t>
      </w:r>
      <w:r w:rsidR="00195AD9" w:rsidRPr="00DE66DF">
        <w:rPr>
          <w:rFonts w:ascii="Times New Roman" w:hAnsi="Times New Roman" w:cs="Times New Roman"/>
          <w:sz w:val="24"/>
          <w:szCs w:val="24"/>
          <w:lang w:val="ro-RO"/>
        </w:rPr>
        <w:t xml:space="preserve"> </w:t>
      </w:r>
    </w:p>
    <w:p w14:paraId="5D8080CB" w14:textId="668CA926"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t>(denumirea operatorului economic si a reprezentantului legal)</w:t>
      </w:r>
    </w:p>
    <w:p w14:paraId="25D9D852" w14:textId="77777777" w:rsidR="00DE66DF" w:rsidRPr="00DE66DF" w:rsidRDefault="00DE66DF" w:rsidP="00A6603C">
      <w:pPr>
        <w:spacing w:after="0" w:line="360" w:lineRule="auto"/>
        <w:jc w:val="both"/>
        <w:rPr>
          <w:rFonts w:ascii="Times New Roman" w:hAnsi="Times New Roman" w:cs="Times New Roman"/>
          <w:i/>
          <w:sz w:val="24"/>
          <w:szCs w:val="24"/>
          <w:lang w:val="ro-RO"/>
        </w:rPr>
      </w:pP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t>_________________ (semnatura)</w:t>
      </w:r>
    </w:p>
    <w:p w14:paraId="361FFC63" w14:textId="101042D8" w:rsidR="00DE66DF" w:rsidRPr="00DE66DF" w:rsidRDefault="00DE66DF" w:rsidP="00A6603C">
      <w:pPr>
        <w:spacing w:after="0"/>
        <w:rPr>
          <w:rFonts w:ascii="Times New Roman" w:hAnsi="Times New Roman" w:cs="Times New Roman"/>
          <w:sz w:val="24"/>
          <w:szCs w:val="24"/>
        </w:rPr>
      </w:pPr>
    </w:p>
    <w:p w14:paraId="5AE10F04" w14:textId="0709EF4A" w:rsidR="00DE66DF" w:rsidRPr="00DE66DF" w:rsidRDefault="00DE66DF" w:rsidP="00A6603C">
      <w:pPr>
        <w:spacing w:after="0"/>
        <w:rPr>
          <w:rFonts w:ascii="Times New Roman" w:hAnsi="Times New Roman" w:cs="Times New Roman"/>
          <w:sz w:val="24"/>
          <w:szCs w:val="24"/>
        </w:rPr>
      </w:pPr>
    </w:p>
    <w:p w14:paraId="6D567335" w14:textId="4275AED1" w:rsidR="00DE66DF" w:rsidRPr="00DE66DF" w:rsidRDefault="00DE66DF" w:rsidP="00A6603C">
      <w:pPr>
        <w:pageBreakBefore/>
        <w:spacing w:after="0" w:line="360" w:lineRule="auto"/>
        <w:ind w:left="7371"/>
        <w:jc w:val="right"/>
        <w:rPr>
          <w:rFonts w:ascii="Times New Roman" w:hAnsi="Times New Roman" w:cs="Times New Roman"/>
          <w:b/>
          <w:iCs/>
          <w:sz w:val="24"/>
          <w:szCs w:val="24"/>
          <w:lang w:val="ro-RO"/>
        </w:rPr>
      </w:pPr>
      <w:r w:rsidRPr="00DE66DF">
        <w:rPr>
          <w:rFonts w:ascii="Times New Roman" w:hAnsi="Times New Roman" w:cs="Times New Roman"/>
          <w:b/>
          <w:iCs/>
          <w:sz w:val="24"/>
          <w:szCs w:val="24"/>
          <w:lang w:val="ro-RO"/>
        </w:rPr>
        <w:lastRenderedPageBreak/>
        <w:t>Formular nr.</w:t>
      </w:r>
      <w:r w:rsidR="00195AD9">
        <w:rPr>
          <w:rFonts w:ascii="Times New Roman" w:hAnsi="Times New Roman" w:cs="Times New Roman"/>
          <w:b/>
          <w:iCs/>
          <w:sz w:val="24"/>
          <w:szCs w:val="24"/>
          <w:lang w:val="ro-RO"/>
        </w:rPr>
        <w:t>2</w:t>
      </w:r>
    </w:p>
    <w:p w14:paraId="288E9936" w14:textId="77777777" w:rsidR="00DE66DF" w:rsidRPr="00DE66DF" w:rsidRDefault="00DE66DF" w:rsidP="00A6603C">
      <w:pPr>
        <w:spacing w:after="0" w:line="360" w:lineRule="auto"/>
        <w:rPr>
          <w:rFonts w:ascii="Times New Roman" w:hAnsi="Times New Roman" w:cs="Times New Roman"/>
          <w:sz w:val="24"/>
          <w:szCs w:val="24"/>
        </w:rPr>
      </w:pPr>
    </w:p>
    <w:p w14:paraId="01988842" w14:textId="77777777" w:rsidR="00DE66DF" w:rsidRPr="00DE66DF" w:rsidRDefault="00DE66DF" w:rsidP="00A6603C">
      <w:pPr>
        <w:spacing w:after="0" w:line="360" w:lineRule="auto"/>
        <w:ind w:left="303" w:right="324"/>
        <w:jc w:val="center"/>
        <w:rPr>
          <w:rFonts w:ascii="Times New Roman" w:hAnsi="Times New Roman" w:cs="Times New Roman"/>
          <w:b/>
          <w:sz w:val="24"/>
          <w:szCs w:val="24"/>
        </w:rPr>
      </w:pPr>
      <w:r w:rsidRPr="00DE66DF">
        <w:rPr>
          <w:rFonts w:ascii="Times New Roman" w:hAnsi="Times New Roman" w:cs="Times New Roman"/>
          <w:b/>
          <w:sz w:val="24"/>
          <w:szCs w:val="24"/>
        </w:rPr>
        <w:t>DECLARAŢIE PRIVIND EVITAREA CONFLICTULUI DE INTERESE POTRIVIT ART. 59 ȘI 60 DIN LEGEA 98/2016</w:t>
      </w:r>
    </w:p>
    <w:p w14:paraId="53B00512" w14:textId="77777777" w:rsidR="00DE66DF" w:rsidRPr="00DE66DF" w:rsidRDefault="00DE66DF" w:rsidP="00A6603C">
      <w:pPr>
        <w:spacing w:after="0" w:line="360" w:lineRule="auto"/>
        <w:rPr>
          <w:rFonts w:ascii="Times New Roman" w:hAnsi="Times New Roman" w:cs="Times New Roman"/>
          <w:b/>
          <w:sz w:val="24"/>
          <w:szCs w:val="24"/>
        </w:rPr>
      </w:pPr>
    </w:p>
    <w:p w14:paraId="22BF6D1E" w14:textId="74EA5451" w:rsidR="00DE66DF" w:rsidRPr="00DE66DF" w:rsidRDefault="00DE66DF" w:rsidP="00A6603C">
      <w:pPr>
        <w:tabs>
          <w:tab w:val="left" w:pos="6915"/>
        </w:tabs>
        <w:spacing w:after="0" w:line="360" w:lineRule="auto"/>
        <w:ind w:left="100"/>
        <w:jc w:val="both"/>
        <w:outlineLvl w:val="1"/>
        <w:rPr>
          <w:rFonts w:ascii="Times New Roman" w:hAnsi="Times New Roman" w:cs="Times New Roman"/>
          <w:sz w:val="24"/>
          <w:szCs w:val="24"/>
        </w:rPr>
      </w:pPr>
      <w:r w:rsidRPr="00DE66DF">
        <w:rPr>
          <w:rFonts w:ascii="Times New Roman" w:hAnsi="Times New Roman" w:cs="Times New Roman"/>
          <w:sz w:val="24"/>
          <w:szCs w:val="24"/>
        </w:rPr>
        <w:t>1.</w:t>
      </w:r>
      <w:r w:rsidRPr="00DE66DF">
        <w:rPr>
          <w:rFonts w:ascii="Times New Roman" w:hAnsi="Times New Roman" w:cs="Times New Roman"/>
          <w:spacing w:val="56"/>
          <w:sz w:val="24"/>
          <w:szCs w:val="24"/>
        </w:rPr>
        <w:t xml:space="preserve"> </w:t>
      </w:r>
      <w:proofErr w:type="spellStart"/>
      <w:r w:rsidRPr="00DE66DF">
        <w:rPr>
          <w:rFonts w:ascii="Times New Roman" w:hAnsi="Times New Roman" w:cs="Times New Roman"/>
          <w:sz w:val="24"/>
          <w:szCs w:val="24"/>
        </w:rPr>
        <w:t>Subsemnatul</w:t>
      </w:r>
      <w:proofErr w:type="spellEnd"/>
      <w:r w:rsidRPr="00DE66DF">
        <w:rPr>
          <w:rFonts w:ascii="Times New Roman" w:hAnsi="Times New Roman" w:cs="Times New Roman"/>
          <w:sz w:val="24"/>
          <w:szCs w:val="24"/>
          <w:u w:val="single"/>
        </w:rPr>
        <w:t xml:space="preserve"> </w:t>
      </w:r>
      <w:r w:rsidR="005A061B">
        <w:rPr>
          <w:rFonts w:ascii="Times New Roman" w:hAnsi="Times New Roman" w:cs="Times New Roman"/>
          <w:sz w:val="24"/>
          <w:szCs w:val="24"/>
          <w:u w:val="single"/>
        </w:rPr>
        <w:t>……………………….</w:t>
      </w:r>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reprezentant</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împuternicit</w:t>
      </w:r>
      <w:proofErr w:type="spellEnd"/>
      <w:r w:rsidRPr="00DE66DF">
        <w:rPr>
          <w:rFonts w:ascii="Times New Roman" w:hAnsi="Times New Roman" w:cs="Times New Roman"/>
          <w:spacing w:val="46"/>
          <w:sz w:val="24"/>
          <w:szCs w:val="24"/>
        </w:rPr>
        <w:t xml:space="preserve"> </w:t>
      </w:r>
      <w:r w:rsidRPr="00DE66DF">
        <w:rPr>
          <w:rFonts w:ascii="Times New Roman" w:hAnsi="Times New Roman" w:cs="Times New Roman"/>
          <w:sz w:val="24"/>
          <w:szCs w:val="24"/>
        </w:rPr>
        <w:t xml:space="preserve">al </w:t>
      </w:r>
      <w:r w:rsidR="005A061B">
        <w:rPr>
          <w:rFonts w:ascii="Times New Roman" w:hAnsi="Times New Roman" w:cs="Times New Roman"/>
          <w:sz w:val="24"/>
          <w:lang w:val="ro-RO"/>
        </w:rPr>
        <w:t>...........................................</w:t>
      </w:r>
      <w:r w:rsidRPr="00DE66DF">
        <w:rPr>
          <w:rFonts w:ascii="Times New Roman" w:hAnsi="Times New Roman" w:cs="Times New Roman"/>
          <w:sz w:val="24"/>
          <w:szCs w:val="24"/>
        </w:rPr>
        <w:t xml:space="preserve">, </w:t>
      </w:r>
      <w:r w:rsidRPr="00DE66DF">
        <w:rPr>
          <w:rFonts w:ascii="Times New Roman" w:hAnsi="Times New Roman" w:cs="Times New Roman"/>
          <w:spacing w:val="29"/>
          <w:sz w:val="24"/>
          <w:szCs w:val="24"/>
        </w:rPr>
        <w:t xml:space="preserve"> </w:t>
      </w:r>
      <w:r w:rsidRPr="00DE66DF">
        <w:rPr>
          <w:rFonts w:ascii="Times New Roman" w:hAnsi="Times New Roman" w:cs="Times New Roman"/>
          <w:i/>
          <w:sz w:val="24"/>
          <w:szCs w:val="24"/>
        </w:rPr>
        <w:t>(</w:t>
      </w:r>
      <w:proofErr w:type="spellStart"/>
      <w:r w:rsidRPr="00DE66DF">
        <w:rPr>
          <w:rFonts w:ascii="Times New Roman" w:hAnsi="Times New Roman" w:cs="Times New Roman"/>
          <w:i/>
          <w:sz w:val="24"/>
          <w:szCs w:val="24"/>
        </w:rPr>
        <w:t>denumirea</w:t>
      </w:r>
      <w:proofErr w:type="spellEnd"/>
      <w:r w:rsidRPr="00DE66DF">
        <w:rPr>
          <w:rFonts w:ascii="Times New Roman" w:hAnsi="Times New Roman" w:cs="Times New Roman"/>
          <w:i/>
          <w:sz w:val="24"/>
          <w:szCs w:val="24"/>
        </w:rPr>
        <w:t>/</w:t>
      </w:r>
      <w:proofErr w:type="spellStart"/>
      <w:r w:rsidRPr="00DE66DF">
        <w:rPr>
          <w:rFonts w:ascii="Times New Roman" w:hAnsi="Times New Roman" w:cs="Times New Roman"/>
          <w:i/>
          <w:sz w:val="24"/>
          <w:szCs w:val="24"/>
        </w:rPr>
        <w:t>numele</w:t>
      </w:r>
      <w:proofErr w:type="spellEnd"/>
      <w:r w:rsidRPr="00DE66DF">
        <w:rPr>
          <w:rFonts w:ascii="Times New Roman" w:hAnsi="Times New Roman" w:cs="Times New Roman"/>
          <w:i/>
          <w:sz w:val="24"/>
          <w:szCs w:val="24"/>
        </w:rPr>
        <w:t xml:space="preserve"> </w:t>
      </w:r>
      <w:proofErr w:type="spellStart"/>
      <w:r w:rsidRPr="00DE66DF">
        <w:rPr>
          <w:rFonts w:ascii="Times New Roman" w:hAnsi="Times New Roman" w:cs="Times New Roman"/>
          <w:i/>
          <w:sz w:val="24"/>
          <w:szCs w:val="24"/>
        </w:rPr>
        <w:t>și</w:t>
      </w:r>
      <w:proofErr w:type="spellEnd"/>
      <w:r w:rsidRPr="00DE66DF">
        <w:rPr>
          <w:rFonts w:ascii="Times New Roman" w:hAnsi="Times New Roman" w:cs="Times New Roman"/>
          <w:i/>
          <w:sz w:val="24"/>
          <w:szCs w:val="24"/>
        </w:rPr>
        <w:t xml:space="preserve"> </w:t>
      </w:r>
      <w:proofErr w:type="spellStart"/>
      <w:r w:rsidRPr="00DE66DF">
        <w:rPr>
          <w:rFonts w:ascii="Times New Roman" w:hAnsi="Times New Roman" w:cs="Times New Roman"/>
          <w:i/>
          <w:sz w:val="24"/>
          <w:szCs w:val="24"/>
        </w:rPr>
        <w:t>sediul</w:t>
      </w:r>
      <w:proofErr w:type="spellEnd"/>
      <w:r w:rsidRPr="00DE66DF">
        <w:rPr>
          <w:rFonts w:ascii="Times New Roman" w:hAnsi="Times New Roman" w:cs="Times New Roman"/>
          <w:i/>
          <w:sz w:val="24"/>
          <w:szCs w:val="24"/>
        </w:rPr>
        <w:t>/</w:t>
      </w:r>
      <w:proofErr w:type="spellStart"/>
      <w:r w:rsidRPr="00DE66DF">
        <w:rPr>
          <w:rFonts w:ascii="Times New Roman" w:hAnsi="Times New Roman" w:cs="Times New Roman"/>
          <w:i/>
          <w:sz w:val="24"/>
          <w:szCs w:val="24"/>
        </w:rPr>
        <w:t>adresa</w:t>
      </w:r>
      <w:proofErr w:type="spellEnd"/>
      <w:r w:rsidRPr="00DE66DF">
        <w:rPr>
          <w:rFonts w:ascii="Times New Roman" w:hAnsi="Times New Roman" w:cs="Times New Roman"/>
          <w:i/>
          <w:sz w:val="24"/>
          <w:szCs w:val="24"/>
        </w:rPr>
        <w:t xml:space="preserve"> </w:t>
      </w:r>
      <w:proofErr w:type="spellStart"/>
      <w:r w:rsidRPr="00DE66DF">
        <w:rPr>
          <w:rFonts w:ascii="Times New Roman" w:hAnsi="Times New Roman" w:cs="Times New Roman"/>
          <w:i/>
          <w:sz w:val="24"/>
          <w:szCs w:val="24"/>
        </w:rPr>
        <w:t>operatorului</w:t>
      </w:r>
      <w:proofErr w:type="spellEnd"/>
      <w:r w:rsidRPr="00DE66DF">
        <w:rPr>
          <w:rFonts w:ascii="Times New Roman" w:hAnsi="Times New Roman" w:cs="Times New Roman"/>
          <w:i/>
          <w:sz w:val="24"/>
          <w:szCs w:val="24"/>
        </w:rPr>
        <w:t xml:space="preserve"> economic)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calitate</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b/>
          <w:i/>
          <w:sz w:val="24"/>
          <w:szCs w:val="24"/>
        </w:rPr>
        <w:t>ofertant</w:t>
      </w:r>
      <w:proofErr w:type="spellEnd"/>
      <w:r w:rsidRPr="00DE66DF">
        <w:rPr>
          <w:rFonts w:ascii="Times New Roman" w:hAnsi="Times New Roman" w:cs="Times New Roman"/>
          <w:b/>
          <w:i/>
          <w:sz w:val="24"/>
          <w:szCs w:val="24"/>
        </w:rPr>
        <w:t xml:space="preserve"> </w:t>
      </w:r>
      <w:r w:rsidRPr="00DE66DF">
        <w:rPr>
          <w:rFonts w:ascii="Times New Roman" w:hAnsi="Times New Roman" w:cs="Times New Roman"/>
          <w:sz w:val="24"/>
          <w:szCs w:val="24"/>
        </w:rPr>
        <w:t xml:space="preserve">la </w:t>
      </w:r>
      <w:proofErr w:type="spellStart"/>
      <w:r w:rsidRPr="00DE66DF">
        <w:rPr>
          <w:rFonts w:ascii="Times New Roman" w:hAnsi="Times New Roman" w:cs="Times New Roman"/>
          <w:sz w:val="24"/>
          <w:szCs w:val="24"/>
        </w:rPr>
        <w:t>procedura</w:t>
      </w:r>
      <w:proofErr w:type="spellEnd"/>
      <w:r w:rsidRPr="00DE66DF">
        <w:rPr>
          <w:rFonts w:ascii="Times New Roman" w:hAnsi="Times New Roman" w:cs="Times New Roman"/>
          <w:b/>
          <w:i/>
          <w:sz w:val="24"/>
          <w:szCs w:val="24"/>
        </w:rPr>
        <w:t xml:space="preserve">, </w:t>
      </w:r>
      <w:proofErr w:type="spellStart"/>
      <w:r w:rsidRPr="00DE66DF">
        <w:rPr>
          <w:rFonts w:ascii="Times New Roman" w:hAnsi="Times New Roman" w:cs="Times New Roman"/>
          <w:sz w:val="24"/>
          <w:szCs w:val="24"/>
        </w:rPr>
        <w:t>declar</w:t>
      </w:r>
      <w:proofErr w:type="spellEnd"/>
      <w:r w:rsidRPr="00DE66DF">
        <w:rPr>
          <w:rFonts w:ascii="Times New Roman" w:hAnsi="Times New Roman" w:cs="Times New Roman"/>
          <w:sz w:val="24"/>
          <w:szCs w:val="24"/>
        </w:rPr>
        <w:t xml:space="preserve"> pe </w:t>
      </w:r>
      <w:proofErr w:type="spellStart"/>
      <w:r w:rsidRPr="00DE66DF">
        <w:rPr>
          <w:rFonts w:ascii="Times New Roman" w:hAnsi="Times New Roman" w:cs="Times New Roman"/>
          <w:sz w:val="24"/>
          <w:szCs w:val="24"/>
        </w:rPr>
        <w:t>proprie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răspundere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următoarele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cunoscând</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prevederile</w:t>
      </w:r>
      <w:proofErr w:type="spellEnd"/>
      <w:r w:rsidRPr="00DE66DF">
        <w:rPr>
          <w:rFonts w:ascii="Times New Roman" w:hAnsi="Times New Roman" w:cs="Times New Roman"/>
          <w:sz w:val="24"/>
          <w:szCs w:val="24"/>
        </w:rPr>
        <w:t xml:space="preserve"> </w:t>
      </w:r>
      <w:r w:rsidRPr="00DE66DF">
        <w:rPr>
          <w:rFonts w:ascii="Times New Roman" w:hAnsi="Times New Roman" w:cs="Times New Roman"/>
          <w:b/>
          <w:sz w:val="24"/>
          <w:szCs w:val="24"/>
        </w:rPr>
        <w:t xml:space="preserve">art. 59 </w:t>
      </w:r>
      <w:proofErr w:type="spellStart"/>
      <w:r w:rsidRPr="00DE66DF">
        <w:rPr>
          <w:rFonts w:ascii="Times New Roman" w:hAnsi="Times New Roman" w:cs="Times New Roman"/>
          <w:b/>
          <w:sz w:val="24"/>
          <w:szCs w:val="24"/>
        </w:rPr>
        <w:t>și</w:t>
      </w:r>
      <w:proofErr w:type="spellEnd"/>
      <w:r w:rsidRPr="00DE66DF">
        <w:rPr>
          <w:rFonts w:ascii="Times New Roman" w:hAnsi="Times New Roman" w:cs="Times New Roman"/>
          <w:b/>
          <w:sz w:val="24"/>
          <w:szCs w:val="24"/>
        </w:rPr>
        <w:t xml:space="preserve"> 60 din </w:t>
      </w:r>
      <w:proofErr w:type="spellStart"/>
      <w:r w:rsidRPr="00DE66DF">
        <w:rPr>
          <w:rFonts w:ascii="Times New Roman" w:hAnsi="Times New Roman" w:cs="Times New Roman"/>
          <w:b/>
          <w:sz w:val="24"/>
          <w:szCs w:val="24"/>
        </w:rPr>
        <w:t>Legea</w:t>
      </w:r>
      <w:proofErr w:type="spellEnd"/>
      <w:r w:rsidRPr="00DE66DF">
        <w:rPr>
          <w:rFonts w:ascii="Times New Roman" w:hAnsi="Times New Roman" w:cs="Times New Roman"/>
          <w:b/>
          <w:sz w:val="24"/>
          <w:szCs w:val="24"/>
        </w:rPr>
        <w:t xml:space="preserve"> nr.98/2016 </w:t>
      </w:r>
      <w:proofErr w:type="spellStart"/>
      <w:r w:rsidRPr="00DE66DF">
        <w:rPr>
          <w:rFonts w:ascii="Times New Roman" w:hAnsi="Times New Roman" w:cs="Times New Roman"/>
          <w:sz w:val="24"/>
          <w:szCs w:val="24"/>
        </w:rPr>
        <w:t>privind</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atribuirea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contractelor</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sz w:val="24"/>
          <w:szCs w:val="24"/>
        </w:rPr>
        <w:t>achiziţie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publică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şi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componenţa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listei</w:t>
      </w:r>
      <w:proofErr w:type="spellEnd"/>
      <w:r w:rsidRPr="00DE66DF">
        <w:rPr>
          <w:rFonts w:ascii="Times New Roman" w:hAnsi="Times New Roman" w:cs="Times New Roman"/>
          <w:sz w:val="24"/>
          <w:szCs w:val="24"/>
        </w:rPr>
        <w:t xml:space="preserve"> cu </w:t>
      </w:r>
      <w:proofErr w:type="spellStart"/>
      <w:r w:rsidRPr="00DE66DF">
        <w:rPr>
          <w:rFonts w:ascii="Times New Roman" w:hAnsi="Times New Roman" w:cs="Times New Roman"/>
          <w:sz w:val="24"/>
          <w:szCs w:val="24"/>
        </w:rPr>
        <w:t>persoanele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deţin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funcţii</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sz w:val="24"/>
          <w:szCs w:val="24"/>
        </w:rPr>
        <w:t>decizie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autoritatea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contractantă</w:t>
      </w:r>
      <w:proofErr w:type="spellEnd"/>
      <w:r w:rsidRPr="00DE66DF">
        <w:rPr>
          <w:rFonts w:ascii="Times New Roman" w:hAnsi="Times New Roman" w:cs="Times New Roman"/>
          <w:sz w:val="24"/>
          <w:szCs w:val="24"/>
        </w:rPr>
        <w:t xml:space="preserve"> cu </w:t>
      </w:r>
      <w:proofErr w:type="spellStart"/>
      <w:r w:rsidRPr="00DE66DF">
        <w:rPr>
          <w:rFonts w:ascii="Times New Roman" w:hAnsi="Times New Roman" w:cs="Times New Roman"/>
          <w:sz w:val="24"/>
          <w:szCs w:val="24"/>
        </w:rPr>
        <w:t>privire</w:t>
      </w:r>
      <w:proofErr w:type="spellEnd"/>
      <w:r w:rsidRPr="00DE66DF">
        <w:rPr>
          <w:rFonts w:ascii="Times New Roman" w:hAnsi="Times New Roman" w:cs="Times New Roman"/>
          <w:sz w:val="24"/>
          <w:szCs w:val="24"/>
        </w:rPr>
        <w:t xml:space="preserve"> la </w:t>
      </w:r>
      <w:proofErr w:type="spellStart"/>
      <w:r w:rsidRPr="00DE66DF">
        <w:rPr>
          <w:rFonts w:ascii="Times New Roman" w:hAnsi="Times New Roman" w:cs="Times New Roman"/>
          <w:sz w:val="24"/>
          <w:szCs w:val="24"/>
        </w:rPr>
        <w:t>organizarea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derularea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şi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finalizarea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procedurii</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sz w:val="24"/>
          <w:szCs w:val="24"/>
        </w:rPr>
        <w:t>atribuire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declar</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societatea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noastră</w:t>
      </w:r>
      <w:proofErr w:type="spellEnd"/>
      <w:r w:rsidRPr="00DE66DF">
        <w:rPr>
          <w:rFonts w:ascii="Times New Roman" w:hAnsi="Times New Roman" w:cs="Times New Roman"/>
          <w:sz w:val="24"/>
          <w:szCs w:val="24"/>
        </w:rPr>
        <w:t xml:space="preserve"> nu se </w:t>
      </w:r>
      <w:proofErr w:type="spellStart"/>
      <w:r w:rsidRPr="00DE66DF">
        <w:rPr>
          <w:rFonts w:ascii="Times New Roman" w:hAnsi="Times New Roman" w:cs="Times New Roman"/>
          <w:sz w:val="24"/>
          <w:szCs w:val="24"/>
        </w:rPr>
        <w:t>află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situaţia</w:t>
      </w:r>
      <w:proofErr w:type="spellEnd"/>
      <w:r w:rsidRPr="00DE66DF">
        <w:rPr>
          <w:rFonts w:ascii="Times New Roman" w:hAnsi="Times New Roman" w:cs="Times New Roman"/>
          <w:sz w:val="24"/>
          <w:szCs w:val="24"/>
        </w:rPr>
        <w:t xml:space="preserve"> de a fi </w:t>
      </w:r>
      <w:proofErr w:type="spellStart"/>
      <w:r w:rsidRPr="00DE66DF">
        <w:rPr>
          <w:rFonts w:ascii="Times New Roman" w:hAnsi="Times New Roman" w:cs="Times New Roman"/>
          <w:sz w:val="24"/>
          <w:szCs w:val="24"/>
        </w:rPr>
        <w:t>exclusă</w:t>
      </w:r>
      <w:proofErr w:type="spellEnd"/>
      <w:r w:rsidRPr="00DE66DF">
        <w:rPr>
          <w:rFonts w:ascii="Times New Roman" w:hAnsi="Times New Roman" w:cs="Times New Roman"/>
          <w:sz w:val="24"/>
          <w:szCs w:val="24"/>
        </w:rPr>
        <w:t xml:space="preserve"> din</w:t>
      </w:r>
      <w:r w:rsidRPr="00DE66DF">
        <w:rPr>
          <w:rFonts w:ascii="Times New Roman" w:hAnsi="Times New Roman" w:cs="Times New Roman"/>
          <w:spacing w:val="-13"/>
          <w:sz w:val="24"/>
          <w:szCs w:val="24"/>
        </w:rPr>
        <w:t xml:space="preserve"> </w:t>
      </w:r>
      <w:proofErr w:type="spellStart"/>
      <w:r w:rsidRPr="00DE66DF">
        <w:rPr>
          <w:rFonts w:ascii="Times New Roman" w:hAnsi="Times New Roman" w:cs="Times New Roman"/>
          <w:sz w:val="24"/>
          <w:szCs w:val="24"/>
        </w:rPr>
        <w:t>procedură</w:t>
      </w:r>
      <w:proofErr w:type="spellEnd"/>
      <w:r w:rsidRPr="00DE66DF">
        <w:rPr>
          <w:rFonts w:ascii="Times New Roman" w:hAnsi="Times New Roman" w:cs="Times New Roman"/>
          <w:sz w:val="24"/>
          <w:szCs w:val="24"/>
        </w:rPr>
        <w:t>.</w:t>
      </w:r>
    </w:p>
    <w:p w14:paraId="6A2506A4" w14:textId="77777777" w:rsidR="00195AD9" w:rsidRPr="002A2507" w:rsidRDefault="00195AD9" w:rsidP="00195AD9">
      <w:pPr>
        <w:spacing w:after="0" w:line="360" w:lineRule="auto"/>
        <w:jc w:val="both"/>
        <w:rPr>
          <w:rFonts w:ascii="Times New Roman" w:hAnsi="Times New Roman" w:cs="Times New Roman"/>
          <w:sz w:val="24"/>
          <w:szCs w:val="24"/>
        </w:rPr>
      </w:pPr>
      <w:proofErr w:type="spellStart"/>
      <w:r w:rsidRPr="002A2507">
        <w:rPr>
          <w:rFonts w:ascii="Times New Roman" w:hAnsi="Times New Roman" w:cs="Times New Roman"/>
          <w:color w:val="333333"/>
          <w:sz w:val="24"/>
          <w:szCs w:val="24"/>
        </w:rPr>
        <w:t>Conducerea</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executivă</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și</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echipa</w:t>
      </w:r>
      <w:proofErr w:type="spellEnd"/>
      <w:r w:rsidRPr="002A2507">
        <w:rPr>
          <w:rFonts w:ascii="Times New Roman" w:hAnsi="Times New Roman" w:cs="Times New Roman"/>
          <w:color w:val="333333"/>
          <w:sz w:val="24"/>
          <w:szCs w:val="24"/>
        </w:rPr>
        <w:t xml:space="preserve"> de </w:t>
      </w:r>
      <w:proofErr w:type="spellStart"/>
      <w:r w:rsidRPr="002A2507">
        <w:rPr>
          <w:rFonts w:ascii="Times New Roman" w:hAnsi="Times New Roman" w:cs="Times New Roman"/>
          <w:color w:val="333333"/>
          <w:sz w:val="24"/>
          <w:szCs w:val="24"/>
        </w:rPr>
        <w:t>decizie</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responsabilă</w:t>
      </w:r>
      <w:proofErr w:type="spellEnd"/>
      <w:r w:rsidRPr="002A2507">
        <w:rPr>
          <w:rFonts w:ascii="Times New Roman" w:hAnsi="Times New Roman" w:cs="Times New Roman"/>
          <w:color w:val="333333"/>
          <w:sz w:val="24"/>
          <w:szCs w:val="24"/>
        </w:rPr>
        <w:t xml:space="preserve"> de </w:t>
      </w:r>
      <w:proofErr w:type="spellStart"/>
      <w:r w:rsidRPr="002A2507">
        <w:rPr>
          <w:rFonts w:ascii="Times New Roman" w:hAnsi="Times New Roman" w:cs="Times New Roman"/>
          <w:color w:val="333333"/>
          <w:sz w:val="24"/>
          <w:szCs w:val="24"/>
        </w:rPr>
        <w:t>derularea</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procedurii</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și</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evitarea</w:t>
      </w:r>
      <w:proofErr w:type="spellEnd"/>
      <w:r w:rsidRPr="002A2507">
        <w:rPr>
          <w:rFonts w:ascii="Times New Roman" w:hAnsi="Times New Roman" w:cs="Times New Roman"/>
          <w:color w:val="333333"/>
          <w:sz w:val="24"/>
          <w:szCs w:val="24"/>
        </w:rPr>
        <w:t xml:space="preserve"> </w:t>
      </w:r>
      <w:proofErr w:type="spellStart"/>
      <w:r w:rsidRPr="002A2507">
        <w:rPr>
          <w:rFonts w:ascii="Times New Roman" w:hAnsi="Times New Roman" w:cs="Times New Roman"/>
          <w:color w:val="333333"/>
          <w:sz w:val="24"/>
          <w:szCs w:val="24"/>
        </w:rPr>
        <w:t>conflictelor</w:t>
      </w:r>
      <w:proofErr w:type="spellEnd"/>
      <w:r w:rsidRPr="002A2507">
        <w:rPr>
          <w:rFonts w:ascii="Times New Roman" w:hAnsi="Times New Roman" w:cs="Times New Roman"/>
          <w:color w:val="333333"/>
          <w:sz w:val="24"/>
          <w:szCs w:val="24"/>
        </w:rPr>
        <w:t xml:space="preserve"> de </w:t>
      </w:r>
      <w:proofErr w:type="spellStart"/>
      <w:r w:rsidRPr="002A2507">
        <w:rPr>
          <w:rFonts w:ascii="Times New Roman" w:hAnsi="Times New Roman" w:cs="Times New Roman"/>
          <w:color w:val="333333"/>
          <w:sz w:val="24"/>
          <w:szCs w:val="24"/>
        </w:rPr>
        <w:t>interese</w:t>
      </w:r>
      <w:proofErr w:type="spellEnd"/>
      <w:r w:rsidRPr="002A2507">
        <w:rPr>
          <w:rFonts w:ascii="Times New Roman" w:hAnsi="Times New Roman" w:cs="Times New Roman"/>
          <w:color w:val="333333"/>
          <w:sz w:val="24"/>
          <w:szCs w:val="24"/>
        </w:rPr>
        <w:t xml:space="preserve"> (art. 63 din </w:t>
      </w:r>
      <w:proofErr w:type="spellStart"/>
      <w:r w:rsidRPr="002A2507">
        <w:rPr>
          <w:rFonts w:ascii="Times New Roman" w:hAnsi="Times New Roman" w:cs="Times New Roman"/>
          <w:color w:val="333333"/>
          <w:sz w:val="24"/>
          <w:szCs w:val="24"/>
        </w:rPr>
        <w:t>Legea</w:t>
      </w:r>
      <w:proofErr w:type="spellEnd"/>
      <w:r w:rsidRPr="002A2507">
        <w:rPr>
          <w:rFonts w:ascii="Times New Roman" w:hAnsi="Times New Roman" w:cs="Times New Roman"/>
          <w:color w:val="333333"/>
          <w:sz w:val="24"/>
          <w:szCs w:val="24"/>
        </w:rPr>
        <w:t xml:space="preserve"> nr. 98/2016):</w:t>
      </w:r>
    </w:p>
    <w:p w14:paraId="3CFD3078" w14:textId="77777777" w:rsidR="0059171F" w:rsidRDefault="00195AD9" w:rsidP="0059171F">
      <w:pPr>
        <w:rPr>
          <w:rFonts w:ascii="Times New Roman" w:hAnsi="Times New Roman" w:cs="Times New Roman"/>
          <w:sz w:val="24"/>
          <w:szCs w:val="24"/>
        </w:rPr>
      </w:pPr>
      <w:proofErr w:type="spellStart"/>
      <w:r w:rsidRPr="0059171F">
        <w:rPr>
          <w:rFonts w:ascii="Times New Roman" w:hAnsi="Times New Roman" w:cs="Times New Roman"/>
          <w:sz w:val="24"/>
          <w:szCs w:val="24"/>
        </w:rPr>
        <w:t>Primar</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Laczkó</w:t>
      </w:r>
      <w:proofErr w:type="spellEnd"/>
      <w:r w:rsidRPr="0059171F">
        <w:rPr>
          <w:rFonts w:ascii="Times New Roman" w:hAnsi="Times New Roman" w:cs="Times New Roman"/>
          <w:sz w:val="24"/>
          <w:szCs w:val="24"/>
        </w:rPr>
        <w:t xml:space="preserve">-Albert </w:t>
      </w:r>
      <w:proofErr w:type="spellStart"/>
      <w:r w:rsidRPr="0059171F">
        <w:rPr>
          <w:rFonts w:ascii="Times New Roman" w:hAnsi="Times New Roman" w:cs="Times New Roman"/>
          <w:sz w:val="24"/>
          <w:szCs w:val="24"/>
        </w:rPr>
        <w:t>Elemér</w:t>
      </w:r>
      <w:proofErr w:type="spellEnd"/>
      <w:r w:rsidRPr="0059171F">
        <w:rPr>
          <w:rFonts w:ascii="Times New Roman" w:hAnsi="Times New Roman" w:cs="Times New Roman"/>
          <w:sz w:val="24"/>
          <w:szCs w:val="24"/>
        </w:rPr>
        <w:t xml:space="preserve">; </w:t>
      </w:r>
    </w:p>
    <w:p w14:paraId="290F7AA7" w14:textId="77777777" w:rsidR="0059171F" w:rsidRDefault="00195AD9" w:rsidP="0059171F">
      <w:pPr>
        <w:rPr>
          <w:rFonts w:ascii="Times New Roman" w:hAnsi="Times New Roman" w:cs="Times New Roman"/>
          <w:sz w:val="24"/>
          <w:szCs w:val="24"/>
        </w:rPr>
      </w:pPr>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Viceprimar</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Szabó</w:t>
      </w:r>
      <w:proofErr w:type="spellEnd"/>
      <w:r w:rsidRPr="0059171F">
        <w:rPr>
          <w:rFonts w:ascii="Times New Roman" w:hAnsi="Times New Roman" w:cs="Times New Roman"/>
          <w:sz w:val="24"/>
          <w:szCs w:val="24"/>
        </w:rPr>
        <w:t xml:space="preserve"> Csaba; </w:t>
      </w:r>
    </w:p>
    <w:p w14:paraId="36762A5C" w14:textId="77777777" w:rsidR="0059171F" w:rsidRDefault="00195AD9" w:rsidP="0059171F">
      <w:pPr>
        <w:rPr>
          <w:rFonts w:ascii="Times New Roman" w:hAnsi="Times New Roman" w:cs="Times New Roman"/>
          <w:sz w:val="24"/>
          <w:szCs w:val="24"/>
        </w:rPr>
      </w:pPr>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Secretar</w:t>
      </w:r>
      <w:proofErr w:type="spellEnd"/>
      <w:r w:rsidRPr="0059171F">
        <w:rPr>
          <w:rFonts w:ascii="Times New Roman" w:hAnsi="Times New Roman" w:cs="Times New Roman"/>
          <w:sz w:val="24"/>
          <w:szCs w:val="24"/>
        </w:rPr>
        <w:t xml:space="preserve"> general: </w:t>
      </w:r>
      <w:r w:rsidR="0059171F" w:rsidRPr="0059171F">
        <w:rPr>
          <w:rFonts w:ascii="Times New Roman" w:hAnsi="Times New Roman" w:cs="Times New Roman"/>
          <w:sz w:val="24"/>
          <w:szCs w:val="24"/>
        </w:rPr>
        <w:t>Nagy-</w:t>
      </w:r>
      <w:proofErr w:type="spellStart"/>
      <w:r w:rsidR="0059171F" w:rsidRPr="0059171F">
        <w:rPr>
          <w:rFonts w:ascii="Times New Roman" w:hAnsi="Times New Roman" w:cs="Times New Roman"/>
          <w:sz w:val="24"/>
          <w:szCs w:val="24"/>
        </w:rPr>
        <w:t>Menyhart</w:t>
      </w:r>
      <w:proofErr w:type="spellEnd"/>
      <w:r w:rsidR="0059171F" w:rsidRPr="0059171F">
        <w:rPr>
          <w:rFonts w:ascii="Times New Roman" w:hAnsi="Times New Roman" w:cs="Times New Roman"/>
          <w:sz w:val="24"/>
          <w:szCs w:val="24"/>
        </w:rPr>
        <w:t xml:space="preserve"> </w:t>
      </w:r>
      <w:proofErr w:type="spellStart"/>
      <w:r w:rsidR="0059171F" w:rsidRPr="0059171F">
        <w:rPr>
          <w:rFonts w:ascii="Times New Roman" w:hAnsi="Times New Roman" w:cs="Times New Roman"/>
          <w:sz w:val="24"/>
          <w:szCs w:val="24"/>
        </w:rPr>
        <w:t>Szidónia</w:t>
      </w:r>
      <w:proofErr w:type="spellEnd"/>
      <w:r w:rsidRPr="0059171F">
        <w:rPr>
          <w:rFonts w:ascii="Times New Roman" w:hAnsi="Times New Roman" w:cs="Times New Roman"/>
          <w:sz w:val="24"/>
          <w:szCs w:val="24"/>
        </w:rPr>
        <w:t xml:space="preserve">; </w:t>
      </w:r>
    </w:p>
    <w:p w14:paraId="3E0409E9" w14:textId="77777777" w:rsidR="0059171F" w:rsidRDefault="00195AD9" w:rsidP="0059171F">
      <w:pPr>
        <w:rPr>
          <w:rFonts w:ascii="Times New Roman" w:hAnsi="Times New Roman" w:cs="Times New Roman"/>
          <w:sz w:val="24"/>
          <w:szCs w:val="24"/>
        </w:rPr>
      </w:pPr>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Șef</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contabil</w:t>
      </w:r>
      <w:proofErr w:type="spellEnd"/>
      <w:r w:rsidRPr="0059171F">
        <w:rPr>
          <w:rFonts w:ascii="Times New Roman" w:hAnsi="Times New Roman" w:cs="Times New Roman"/>
          <w:sz w:val="24"/>
          <w:szCs w:val="24"/>
        </w:rPr>
        <w:t xml:space="preserve">: Bakos Edit; </w:t>
      </w:r>
    </w:p>
    <w:p w14:paraId="72035284" w14:textId="77777777" w:rsidR="0059171F" w:rsidRDefault="00195AD9" w:rsidP="0059171F">
      <w:pPr>
        <w:rPr>
          <w:rFonts w:ascii="Times New Roman" w:hAnsi="Times New Roman" w:cs="Times New Roman"/>
          <w:sz w:val="24"/>
          <w:szCs w:val="24"/>
        </w:rPr>
      </w:pPr>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Consilieri</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locali</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Mincsor</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Erzsébet</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Czikó</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Dezső</w:t>
      </w:r>
      <w:proofErr w:type="spellEnd"/>
      <w:r w:rsidRPr="0059171F">
        <w:rPr>
          <w:rFonts w:ascii="Times New Roman" w:hAnsi="Times New Roman" w:cs="Times New Roman"/>
          <w:sz w:val="24"/>
          <w:szCs w:val="24"/>
        </w:rPr>
        <w:t xml:space="preserve">, Bakos </w:t>
      </w:r>
      <w:proofErr w:type="spellStart"/>
      <w:r w:rsidRPr="0059171F">
        <w:rPr>
          <w:rFonts w:ascii="Times New Roman" w:hAnsi="Times New Roman" w:cs="Times New Roman"/>
          <w:sz w:val="24"/>
          <w:szCs w:val="24"/>
        </w:rPr>
        <w:t>Balázs</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Portik</w:t>
      </w:r>
      <w:proofErr w:type="spellEnd"/>
      <w:r w:rsidRPr="0059171F">
        <w:rPr>
          <w:rFonts w:ascii="Times New Roman" w:hAnsi="Times New Roman" w:cs="Times New Roman"/>
          <w:sz w:val="24"/>
          <w:szCs w:val="24"/>
        </w:rPr>
        <w:t xml:space="preserve"> Veronika, László </w:t>
      </w:r>
      <w:proofErr w:type="spellStart"/>
      <w:r w:rsidRPr="0059171F">
        <w:rPr>
          <w:rFonts w:ascii="Times New Roman" w:hAnsi="Times New Roman" w:cs="Times New Roman"/>
          <w:sz w:val="24"/>
          <w:szCs w:val="24"/>
        </w:rPr>
        <w:t>Sándor</w:t>
      </w:r>
      <w:proofErr w:type="spellEnd"/>
      <w:r w:rsidRPr="0059171F">
        <w:rPr>
          <w:rFonts w:ascii="Times New Roman" w:hAnsi="Times New Roman" w:cs="Times New Roman"/>
          <w:sz w:val="24"/>
          <w:szCs w:val="24"/>
        </w:rPr>
        <w:t xml:space="preserve">, Kiss Izabella, </w:t>
      </w:r>
      <w:proofErr w:type="spellStart"/>
      <w:r w:rsidRPr="0059171F">
        <w:rPr>
          <w:rFonts w:ascii="Times New Roman" w:hAnsi="Times New Roman" w:cs="Times New Roman"/>
          <w:sz w:val="24"/>
          <w:szCs w:val="24"/>
        </w:rPr>
        <w:t>Ferencz</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Csibi</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Lóránd</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Fülöp</w:t>
      </w:r>
      <w:proofErr w:type="spellEnd"/>
      <w:r w:rsidRPr="0059171F">
        <w:rPr>
          <w:rFonts w:ascii="Times New Roman" w:hAnsi="Times New Roman" w:cs="Times New Roman"/>
          <w:sz w:val="24"/>
          <w:szCs w:val="24"/>
        </w:rPr>
        <w:t xml:space="preserve"> Csaba, </w:t>
      </w:r>
      <w:proofErr w:type="spellStart"/>
      <w:r w:rsidRPr="0059171F">
        <w:rPr>
          <w:rFonts w:ascii="Times New Roman" w:hAnsi="Times New Roman" w:cs="Times New Roman"/>
          <w:sz w:val="24"/>
          <w:szCs w:val="24"/>
        </w:rPr>
        <w:t>Borbely</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Levente</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Fazakas</w:t>
      </w:r>
      <w:proofErr w:type="spellEnd"/>
      <w:r w:rsidRPr="0059171F">
        <w:rPr>
          <w:rFonts w:ascii="Times New Roman" w:hAnsi="Times New Roman" w:cs="Times New Roman"/>
          <w:sz w:val="24"/>
          <w:szCs w:val="24"/>
        </w:rPr>
        <w:t xml:space="preserve"> Sandor, Roman </w:t>
      </w:r>
      <w:proofErr w:type="spellStart"/>
      <w:r w:rsidRPr="0059171F">
        <w:rPr>
          <w:rFonts w:ascii="Times New Roman" w:hAnsi="Times New Roman" w:cs="Times New Roman"/>
          <w:sz w:val="24"/>
          <w:szCs w:val="24"/>
        </w:rPr>
        <w:t>Alexandru</w:t>
      </w:r>
      <w:proofErr w:type="spellEnd"/>
      <w:r w:rsidRPr="0059171F">
        <w:rPr>
          <w:rFonts w:ascii="Times New Roman" w:hAnsi="Times New Roman" w:cs="Times New Roman"/>
          <w:sz w:val="24"/>
          <w:szCs w:val="24"/>
        </w:rPr>
        <w:t xml:space="preserve">, Simon Istvan, </w:t>
      </w:r>
      <w:proofErr w:type="spellStart"/>
      <w:r w:rsidRPr="0059171F">
        <w:rPr>
          <w:rFonts w:ascii="Times New Roman" w:hAnsi="Times New Roman" w:cs="Times New Roman"/>
          <w:sz w:val="24"/>
          <w:szCs w:val="24"/>
        </w:rPr>
        <w:t>Laczko</w:t>
      </w:r>
      <w:proofErr w:type="spellEnd"/>
      <w:r w:rsidRPr="0059171F">
        <w:rPr>
          <w:rFonts w:ascii="Times New Roman" w:hAnsi="Times New Roman" w:cs="Times New Roman"/>
          <w:sz w:val="24"/>
          <w:szCs w:val="24"/>
        </w:rPr>
        <w:t xml:space="preserve"> Csaba, Ivacson Noemi; </w:t>
      </w:r>
    </w:p>
    <w:p w14:paraId="040D1D7D" w14:textId="5350DF69" w:rsidR="00DE66DF" w:rsidRPr="0059171F" w:rsidRDefault="00195AD9" w:rsidP="0059171F">
      <w:pPr>
        <w:rPr>
          <w:rFonts w:ascii="Times New Roman" w:hAnsi="Times New Roman" w:cs="Times New Roman"/>
          <w:sz w:val="24"/>
          <w:szCs w:val="24"/>
        </w:rPr>
      </w:pPr>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Membrii</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comisiei</w:t>
      </w:r>
      <w:proofErr w:type="spellEnd"/>
      <w:r w:rsidRPr="0059171F">
        <w:rPr>
          <w:rFonts w:ascii="Times New Roman" w:hAnsi="Times New Roman" w:cs="Times New Roman"/>
          <w:sz w:val="24"/>
          <w:szCs w:val="24"/>
        </w:rPr>
        <w:t xml:space="preserve"> de </w:t>
      </w:r>
      <w:proofErr w:type="spellStart"/>
      <w:r w:rsidRPr="0059171F">
        <w:rPr>
          <w:rFonts w:ascii="Times New Roman" w:hAnsi="Times New Roman" w:cs="Times New Roman"/>
          <w:sz w:val="24"/>
          <w:szCs w:val="24"/>
        </w:rPr>
        <w:t>evaluare</w:t>
      </w:r>
      <w:proofErr w:type="spellEnd"/>
      <w:r w:rsidRPr="0059171F">
        <w:rPr>
          <w:rFonts w:ascii="Times New Roman" w:hAnsi="Times New Roman" w:cs="Times New Roman"/>
          <w:sz w:val="24"/>
          <w:szCs w:val="24"/>
        </w:rPr>
        <w:t xml:space="preserve">: Bakos </w:t>
      </w:r>
      <w:proofErr w:type="spellStart"/>
      <w:r w:rsidRPr="0059171F">
        <w:rPr>
          <w:rFonts w:ascii="Times New Roman" w:hAnsi="Times New Roman" w:cs="Times New Roman"/>
          <w:sz w:val="24"/>
          <w:szCs w:val="24"/>
        </w:rPr>
        <w:t>Szabolcs</w:t>
      </w:r>
      <w:proofErr w:type="spellEnd"/>
      <w:r w:rsidRPr="0059171F">
        <w:rPr>
          <w:rFonts w:ascii="Times New Roman" w:hAnsi="Times New Roman" w:cs="Times New Roman"/>
          <w:sz w:val="24"/>
          <w:szCs w:val="24"/>
        </w:rPr>
        <w:t xml:space="preserve"> – inspector de </w:t>
      </w:r>
      <w:proofErr w:type="spellStart"/>
      <w:r w:rsidRPr="0059171F">
        <w:rPr>
          <w:rFonts w:ascii="Times New Roman" w:hAnsi="Times New Roman" w:cs="Times New Roman"/>
          <w:sz w:val="24"/>
          <w:szCs w:val="24"/>
        </w:rPr>
        <w:t>specialitate</w:t>
      </w:r>
      <w:proofErr w:type="spellEnd"/>
      <w:r w:rsidRPr="0059171F">
        <w:rPr>
          <w:rFonts w:ascii="Times New Roman" w:hAnsi="Times New Roman" w:cs="Times New Roman"/>
          <w:sz w:val="24"/>
          <w:szCs w:val="24"/>
        </w:rPr>
        <w:t xml:space="preserve">, </w:t>
      </w:r>
      <w:r w:rsidR="00B72C5C">
        <w:rPr>
          <w:rFonts w:ascii="Times New Roman" w:hAnsi="Times New Roman" w:cs="Times New Roman"/>
          <w:sz w:val="24"/>
          <w:szCs w:val="24"/>
        </w:rPr>
        <w:t xml:space="preserve">Nagy </w:t>
      </w:r>
      <w:proofErr w:type="spellStart"/>
      <w:r w:rsidR="00B72C5C">
        <w:rPr>
          <w:rFonts w:ascii="Times New Roman" w:hAnsi="Times New Roman" w:cs="Times New Roman"/>
          <w:sz w:val="24"/>
          <w:szCs w:val="24"/>
        </w:rPr>
        <w:t>György</w:t>
      </w:r>
      <w:proofErr w:type="spellEnd"/>
      <w:r w:rsidR="00B72C5C">
        <w:rPr>
          <w:rFonts w:ascii="Times New Roman" w:hAnsi="Times New Roman" w:cs="Times New Roman"/>
          <w:sz w:val="24"/>
          <w:szCs w:val="24"/>
        </w:rPr>
        <w:t xml:space="preserve"> Emilia</w:t>
      </w:r>
      <w:r w:rsidRPr="0059171F">
        <w:rPr>
          <w:rFonts w:ascii="Times New Roman" w:hAnsi="Times New Roman" w:cs="Times New Roman"/>
          <w:sz w:val="24"/>
          <w:szCs w:val="24"/>
        </w:rPr>
        <w:t xml:space="preserve"> – inspector de </w:t>
      </w:r>
      <w:proofErr w:type="spellStart"/>
      <w:r w:rsidRPr="0059171F">
        <w:rPr>
          <w:rFonts w:ascii="Times New Roman" w:hAnsi="Times New Roman" w:cs="Times New Roman"/>
          <w:sz w:val="24"/>
          <w:szCs w:val="24"/>
        </w:rPr>
        <w:t>specialitate</w:t>
      </w:r>
      <w:proofErr w:type="spellEnd"/>
      <w:r w:rsidRPr="0059171F">
        <w:rPr>
          <w:rFonts w:ascii="Times New Roman" w:hAnsi="Times New Roman" w:cs="Times New Roman"/>
          <w:sz w:val="24"/>
          <w:szCs w:val="24"/>
        </w:rPr>
        <w:t xml:space="preserve">, Biro </w:t>
      </w:r>
      <w:proofErr w:type="spellStart"/>
      <w:r w:rsidRPr="0059171F">
        <w:rPr>
          <w:rFonts w:ascii="Times New Roman" w:hAnsi="Times New Roman" w:cs="Times New Roman"/>
          <w:sz w:val="24"/>
          <w:szCs w:val="24"/>
        </w:rPr>
        <w:t>Szilárd</w:t>
      </w:r>
      <w:proofErr w:type="spellEnd"/>
      <w:r w:rsidRPr="0059171F">
        <w:rPr>
          <w:rFonts w:ascii="Times New Roman" w:hAnsi="Times New Roman" w:cs="Times New Roman"/>
          <w:sz w:val="24"/>
          <w:szCs w:val="24"/>
        </w:rPr>
        <w:t xml:space="preserve"> </w:t>
      </w:r>
      <w:proofErr w:type="spellStart"/>
      <w:r w:rsidRPr="0059171F">
        <w:rPr>
          <w:rFonts w:ascii="Times New Roman" w:hAnsi="Times New Roman" w:cs="Times New Roman"/>
          <w:sz w:val="24"/>
          <w:szCs w:val="24"/>
        </w:rPr>
        <w:t>Zakarias</w:t>
      </w:r>
      <w:proofErr w:type="spellEnd"/>
      <w:r w:rsidRPr="0059171F">
        <w:rPr>
          <w:rFonts w:ascii="Times New Roman" w:hAnsi="Times New Roman" w:cs="Times New Roman"/>
          <w:sz w:val="24"/>
          <w:szCs w:val="24"/>
        </w:rPr>
        <w:t xml:space="preserve"> – inspector de </w:t>
      </w:r>
      <w:proofErr w:type="spellStart"/>
      <w:r w:rsidRPr="0059171F">
        <w:rPr>
          <w:rFonts w:ascii="Times New Roman" w:hAnsi="Times New Roman" w:cs="Times New Roman"/>
          <w:sz w:val="24"/>
          <w:szCs w:val="24"/>
        </w:rPr>
        <w:t>specialitate</w:t>
      </w:r>
      <w:proofErr w:type="spellEnd"/>
      <w:r w:rsidRPr="0059171F">
        <w:rPr>
          <w:rFonts w:ascii="Times New Roman" w:hAnsi="Times New Roman" w:cs="Times New Roman"/>
          <w:sz w:val="24"/>
          <w:szCs w:val="24"/>
        </w:rPr>
        <w:t>.</w:t>
      </w:r>
    </w:p>
    <w:p w14:paraId="0630FDBC" w14:textId="77777777" w:rsidR="00DE66DF" w:rsidRPr="00DE66DF" w:rsidRDefault="00DE66DF" w:rsidP="00A6603C">
      <w:pPr>
        <w:spacing w:after="0" w:line="360" w:lineRule="auto"/>
        <w:ind w:left="100" w:right="118" w:firstLine="719"/>
        <w:jc w:val="both"/>
        <w:rPr>
          <w:rFonts w:ascii="Times New Roman" w:hAnsi="Times New Roman" w:cs="Times New Roman"/>
          <w:sz w:val="24"/>
          <w:szCs w:val="24"/>
        </w:rPr>
      </w:pPr>
      <w:proofErr w:type="spellStart"/>
      <w:r w:rsidRPr="00DE66DF">
        <w:rPr>
          <w:rFonts w:ascii="Times New Roman" w:hAnsi="Times New Roman" w:cs="Times New Roman"/>
          <w:sz w:val="24"/>
          <w:szCs w:val="24"/>
        </w:rPr>
        <w:t>Subsemnatul</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declar</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informaţiile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furnizate</w:t>
      </w:r>
      <w:proofErr w:type="spellEnd"/>
      <w:r w:rsidRPr="00DE66DF">
        <w:rPr>
          <w:rFonts w:ascii="Times New Roman" w:hAnsi="Times New Roman" w:cs="Times New Roman"/>
          <w:sz w:val="24"/>
          <w:szCs w:val="24"/>
        </w:rPr>
        <w:t xml:space="preserve"> sunt complete </w:t>
      </w:r>
      <w:proofErr w:type="spellStart"/>
      <w:r w:rsidRPr="00DE66DF">
        <w:rPr>
          <w:rFonts w:ascii="Times New Roman" w:hAnsi="Times New Roman" w:cs="Times New Roman"/>
          <w:sz w:val="24"/>
          <w:szCs w:val="24"/>
        </w:rPr>
        <w:t>şi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corecte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fiecare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detaliu</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şi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înţeleg</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autoritatea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contractantă</w:t>
      </w:r>
      <w:proofErr w:type="spellEnd"/>
      <w:r w:rsidRPr="00DE66DF">
        <w:rPr>
          <w:rFonts w:ascii="Times New Roman" w:hAnsi="Times New Roman" w:cs="Times New Roman"/>
          <w:sz w:val="24"/>
          <w:szCs w:val="24"/>
        </w:rPr>
        <w:t xml:space="preserve"> are </w:t>
      </w:r>
      <w:proofErr w:type="spellStart"/>
      <w:r w:rsidRPr="00DE66DF">
        <w:rPr>
          <w:rFonts w:ascii="Times New Roman" w:hAnsi="Times New Roman" w:cs="Times New Roman"/>
          <w:sz w:val="24"/>
          <w:szCs w:val="24"/>
        </w:rPr>
        <w:t>dreptul</w:t>
      </w:r>
      <w:proofErr w:type="spellEnd"/>
      <w:r w:rsidRPr="00DE66DF">
        <w:rPr>
          <w:rFonts w:ascii="Times New Roman" w:hAnsi="Times New Roman" w:cs="Times New Roman"/>
          <w:sz w:val="24"/>
          <w:szCs w:val="24"/>
        </w:rPr>
        <w:t xml:space="preserve"> de a </w:t>
      </w:r>
      <w:proofErr w:type="spellStart"/>
      <w:r w:rsidRPr="00DE66DF">
        <w:rPr>
          <w:rFonts w:ascii="Times New Roman" w:hAnsi="Times New Roman" w:cs="Times New Roman"/>
          <w:sz w:val="24"/>
          <w:szCs w:val="24"/>
        </w:rPr>
        <w:t>solicita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scopul</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verificării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şi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confirmării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declaraţiilor</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orice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documente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doveditoare</w:t>
      </w:r>
      <w:proofErr w:type="spellEnd"/>
      <w:r w:rsidRPr="00DE66DF">
        <w:rPr>
          <w:rFonts w:ascii="Times New Roman" w:hAnsi="Times New Roman" w:cs="Times New Roman"/>
          <w:sz w:val="24"/>
          <w:szCs w:val="24"/>
        </w:rPr>
        <w:t xml:space="preserve"> de care </w:t>
      </w:r>
      <w:proofErr w:type="spellStart"/>
      <w:r w:rsidRPr="00DE66DF">
        <w:rPr>
          <w:rFonts w:ascii="Times New Roman" w:hAnsi="Times New Roman" w:cs="Times New Roman"/>
          <w:sz w:val="24"/>
          <w:szCs w:val="24"/>
        </w:rPr>
        <w:t>dispun</w:t>
      </w:r>
      <w:proofErr w:type="spellEnd"/>
      <w:r w:rsidRPr="00DE66DF">
        <w:rPr>
          <w:rFonts w:ascii="Times New Roman" w:hAnsi="Times New Roman" w:cs="Times New Roman"/>
          <w:sz w:val="24"/>
          <w:szCs w:val="24"/>
        </w:rPr>
        <w:t>.</w:t>
      </w:r>
    </w:p>
    <w:p w14:paraId="2082C70D" w14:textId="77777777" w:rsidR="00DE66DF" w:rsidRPr="00DE66DF" w:rsidRDefault="00DE66DF" w:rsidP="00A6603C">
      <w:pPr>
        <w:spacing w:after="0" w:line="360" w:lineRule="auto"/>
        <w:ind w:left="100" w:right="124"/>
        <w:jc w:val="both"/>
        <w:rPr>
          <w:rFonts w:ascii="Times New Roman" w:hAnsi="Times New Roman" w:cs="Times New Roman"/>
          <w:sz w:val="24"/>
          <w:szCs w:val="24"/>
        </w:rPr>
      </w:pPr>
      <w:proofErr w:type="spellStart"/>
      <w:r w:rsidRPr="00DE66DF">
        <w:rPr>
          <w:rFonts w:ascii="Times New Roman" w:hAnsi="Times New Roman" w:cs="Times New Roman"/>
          <w:sz w:val="24"/>
          <w:szCs w:val="24"/>
        </w:rPr>
        <w:t>Înţeleg</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cazul</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care </w:t>
      </w:r>
      <w:proofErr w:type="spellStart"/>
      <w:r w:rsidRPr="00DE66DF">
        <w:rPr>
          <w:rFonts w:ascii="Times New Roman" w:hAnsi="Times New Roman" w:cs="Times New Roman"/>
          <w:sz w:val="24"/>
          <w:szCs w:val="24"/>
        </w:rPr>
        <w:t>această</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declaraţie</w:t>
      </w:r>
      <w:proofErr w:type="spellEnd"/>
      <w:r w:rsidRPr="00DE66DF">
        <w:rPr>
          <w:rFonts w:ascii="Times New Roman" w:hAnsi="Times New Roman" w:cs="Times New Roman"/>
          <w:sz w:val="24"/>
          <w:szCs w:val="24"/>
        </w:rPr>
        <w:t xml:space="preserve"> nu </w:t>
      </w:r>
      <w:proofErr w:type="spellStart"/>
      <w:r w:rsidRPr="00DE66DF">
        <w:rPr>
          <w:rFonts w:ascii="Times New Roman" w:hAnsi="Times New Roman" w:cs="Times New Roman"/>
          <w:sz w:val="24"/>
          <w:szCs w:val="24"/>
        </w:rPr>
        <w:t>este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conformă</w:t>
      </w:r>
      <w:proofErr w:type="spellEnd"/>
      <w:r w:rsidRPr="00DE66DF">
        <w:rPr>
          <w:rFonts w:ascii="Times New Roman" w:hAnsi="Times New Roman" w:cs="Times New Roman"/>
          <w:sz w:val="24"/>
          <w:szCs w:val="24"/>
        </w:rPr>
        <w:t xml:space="preserve"> cu </w:t>
      </w:r>
      <w:proofErr w:type="spellStart"/>
      <w:r w:rsidRPr="00DE66DF">
        <w:rPr>
          <w:rFonts w:ascii="Times New Roman" w:hAnsi="Times New Roman" w:cs="Times New Roman"/>
          <w:sz w:val="24"/>
          <w:szCs w:val="24"/>
        </w:rPr>
        <w:t>realitatea</w:t>
      </w:r>
      <w:proofErr w:type="spellEnd"/>
      <w:r w:rsidRPr="00DE66DF">
        <w:rPr>
          <w:rFonts w:ascii="Times New Roman" w:hAnsi="Times New Roman" w:cs="Times New Roman"/>
          <w:sz w:val="24"/>
          <w:szCs w:val="24"/>
        </w:rPr>
        <w:t xml:space="preserve"> sunt </w:t>
      </w:r>
      <w:proofErr w:type="spellStart"/>
      <w:r w:rsidRPr="00DE66DF">
        <w:rPr>
          <w:rFonts w:ascii="Times New Roman" w:hAnsi="Times New Roman" w:cs="Times New Roman"/>
          <w:sz w:val="24"/>
          <w:szCs w:val="24"/>
        </w:rPr>
        <w:t>pasibil</w:t>
      </w:r>
      <w:proofErr w:type="spellEnd"/>
      <w:r w:rsidRPr="00DE66DF">
        <w:rPr>
          <w:rFonts w:ascii="Times New Roman" w:hAnsi="Times New Roman" w:cs="Times New Roman"/>
          <w:sz w:val="24"/>
          <w:szCs w:val="24"/>
        </w:rPr>
        <w:t xml:space="preserve"> de </w:t>
      </w:r>
      <w:proofErr w:type="spellStart"/>
      <w:r w:rsidRPr="00DE66DF">
        <w:rPr>
          <w:rFonts w:ascii="Times New Roman" w:hAnsi="Times New Roman" w:cs="Times New Roman"/>
          <w:sz w:val="24"/>
          <w:szCs w:val="24"/>
        </w:rPr>
        <w:t>încălcarea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prevederilor</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legislaţiei</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penale</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privind</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falsul</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în</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declaraţii</w:t>
      </w:r>
      <w:proofErr w:type="spellEnd"/>
      <w:r w:rsidRPr="00DE66DF">
        <w:rPr>
          <w:rFonts w:ascii="Times New Roman" w:hAnsi="Times New Roman" w:cs="Times New Roman"/>
          <w:sz w:val="24"/>
          <w:szCs w:val="24"/>
        </w:rPr>
        <w:t>.</w:t>
      </w:r>
    </w:p>
    <w:p w14:paraId="2C24DADA" w14:textId="77777777" w:rsidR="00DE66DF" w:rsidRPr="00DE66DF" w:rsidRDefault="00DE66DF" w:rsidP="00A6603C">
      <w:pPr>
        <w:spacing w:after="0" w:line="360" w:lineRule="auto"/>
        <w:rPr>
          <w:rFonts w:ascii="Times New Roman" w:hAnsi="Times New Roman" w:cs="Times New Roman"/>
          <w:sz w:val="24"/>
          <w:szCs w:val="24"/>
        </w:rPr>
      </w:pPr>
    </w:p>
    <w:p w14:paraId="1CECA2CE" w14:textId="2A214E0E" w:rsidR="00DE66DF" w:rsidRPr="00DE66DF" w:rsidRDefault="00DE66DF" w:rsidP="00A6603C">
      <w:pPr>
        <w:spacing w:after="0" w:line="360" w:lineRule="auto"/>
        <w:jc w:val="both"/>
        <w:rPr>
          <w:rFonts w:ascii="Times New Roman" w:hAnsi="Times New Roman" w:cs="Times New Roman"/>
          <w:b/>
          <w:sz w:val="24"/>
          <w:szCs w:val="24"/>
          <w:lang w:val="ro-RO"/>
        </w:rPr>
      </w:pPr>
      <w:r w:rsidRPr="00DE66DF">
        <w:rPr>
          <w:rFonts w:ascii="Times New Roman" w:hAnsi="Times New Roman" w:cs="Times New Roman"/>
          <w:sz w:val="24"/>
          <w:szCs w:val="24"/>
          <w:lang w:val="ro-RO"/>
        </w:rPr>
        <w:t xml:space="preserve">Data </w:t>
      </w:r>
      <w:r w:rsidR="005A061B">
        <w:rPr>
          <w:rFonts w:ascii="Times New Roman" w:hAnsi="Times New Roman" w:cs="Times New Roman"/>
          <w:sz w:val="24"/>
          <w:szCs w:val="24"/>
          <w:lang w:val="ro-RO"/>
        </w:rPr>
        <w:t>........................</w:t>
      </w:r>
      <w:r w:rsidRPr="00DE66DF">
        <w:rPr>
          <w:rFonts w:ascii="Times New Roman" w:hAnsi="Times New Roman" w:cs="Times New Roman"/>
          <w:sz w:val="24"/>
          <w:szCs w:val="24"/>
          <w:lang w:val="ro-RO"/>
        </w:rPr>
        <w:t xml:space="preserve">  </w:t>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b/>
          <w:sz w:val="24"/>
          <w:szCs w:val="24"/>
          <w:lang w:val="ro-RO"/>
        </w:rPr>
        <w:t>Reprezentant legal Ofertant unic</w:t>
      </w:r>
    </w:p>
    <w:p w14:paraId="06D877BE" w14:textId="7B6E3EF7" w:rsidR="00114EDD" w:rsidRDefault="00114EDD" w:rsidP="00676591">
      <w:pPr>
        <w:spacing w:after="0" w:line="360" w:lineRule="auto"/>
        <w:jc w:val="center"/>
        <w:rPr>
          <w:rFonts w:ascii="Times New Roman" w:hAnsi="Times New Roman" w:cs="Times New Roman"/>
          <w:sz w:val="24"/>
          <w:szCs w:val="24"/>
          <w:lang w:val="ro-RO"/>
        </w:rPr>
      </w:pPr>
      <w:r>
        <w:rPr>
          <w:rFonts w:ascii="Times New Roman" w:hAnsi="Times New Roman" w:cs="Times New Roman"/>
          <w:sz w:val="24"/>
          <w:lang w:val="ro-RO"/>
        </w:rPr>
        <w:t xml:space="preserve">                                   </w:t>
      </w:r>
      <w:r w:rsidR="005A061B">
        <w:rPr>
          <w:rFonts w:ascii="Times New Roman" w:hAnsi="Times New Roman" w:cs="Times New Roman"/>
          <w:sz w:val="24"/>
          <w:lang w:val="ro-RO"/>
        </w:rPr>
        <w:t>...........................................</w:t>
      </w:r>
      <w:r w:rsidR="00DE66DF" w:rsidRPr="00DE66DF">
        <w:rPr>
          <w:rFonts w:ascii="Times New Roman" w:hAnsi="Times New Roman" w:cs="Times New Roman"/>
          <w:sz w:val="24"/>
          <w:szCs w:val="24"/>
          <w:lang w:val="ro-RO"/>
        </w:rPr>
        <w:tab/>
      </w:r>
      <w:r w:rsidR="00DE66DF" w:rsidRPr="00DE66DF">
        <w:rPr>
          <w:rFonts w:ascii="Times New Roman" w:hAnsi="Times New Roman" w:cs="Times New Roman"/>
          <w:sz w:val="24"/>
          <w:szCs w:val="24"/>
          <w:lang w:val="ro-RO"/>
        </w:rPr>
        <w:tab/>
      </w:r>
      <w:r w:rsidR="00DE66DF" w:rsidRPr="00DE66DF">
        <w:rPr>
          <w:rFonts w:ascii="Times New Roman" w:hAnsi="Times New Roman" w:cs="Times New Roman"/>
          <w:sz w:val="24"/>
          <w:szCs w:val="24"/>
          <w:lang w:val="ro-RO"/>
        </w:rPr>
        <w:tab/>
      </w:r>
      <w:r w:rsidR="00DE66DF" w:rsidRPr="00DE66DF">
        <w:rPr>
          <w:rFonts w:ascii="Times New Roman" w:hAnsi="Times New Roman" w:cs="Times New Roman"/>
          <w:sz w:val="24"/>
          <w:szCs w:val="24"/>
          <w:lang w:val="ro-RO"/>
        </w:rPr>
        <w:tab/>
      </w:r>
      <w:r w:rsidR="00DE66DF" w:rsidRPr="00DE66DF">
        <w:rPr>
          <w:rFonts w:ascii="Times New Roman" w:hAnsi="Times New Roman" w:cs="Times New Roman"/>
          <w:sz w:val="24"/>
          <w:szCs w:val="24"/>
          <w:lang w:val="ro-RO"/>
        </w:rPr>
        <w:tab/>
      </w:r>
    </w:p>
    <w:p w14:paraId="3D453976" w14:textId="2CC46EB9" w:rsidR="00DE66DF" w:rsidRPr="00DE66DF" w:rsidRDefault="00DE66DF" w:rsidP="00676591">
      <w:pPr>
        <w:spacing w:after="0" w:line="360" w:lineRule="auto"/>
        <w:jc w:val="center"/>
        <w:rPr>
          <w:rFonts w:ascii="Times New Roman" w:hAnsi="Times New Roman" w:cs="Times New Roman"/>
          <w:sz w:val="24"/>
          <w:szCs w:val="24"/>
          <w:lang w:val="ro-RO"/>
        </w:rPr>
      </w:pPr>
      <w:r w:rsidRPr="00DE66DF">
        <w:rPr>
          <w:rFonts w:ascii="Times New Roman" w:hAnsi="Times New Roman" w:cs="Times New Roman"/>
          <w:sz w:val="24"/>
          <w:szCs w:val="24"/>
          <w:lang w:val="ro-RO"/>
        </w:rPr>
        <w:t>(denumirea operatorului economic si a reprezentantului legal)</w:t>
      </w:r>
    </w:p>
    <w:p w14:paraId="23BA4008" w14:textId="77777777" w:rsidR="00DE66DF" w:rsidRPr="00DE66DF" w:rsidRDefault="00DE66DF" w:rsidP="00A6603C">
      <w:pPr>
        <w:spacing w:after="0" w:line="360" w:lineRule="auto"/>
        <w:jc w:val="both"/>
        <w:rPr>
          <w:rFonts w:ascii="Times New Roman" w:hAnsi="Times New Roman" w:cs="Times New Roman"/>
          <w:sz w:val="24"/>
          <w:szCs w:val="24"/>
          <w:lang w:val="ro-RO"/>
        </w:rPr>
      </w:pP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r>
      <w:r w:rsidRPr="00DE66DF">
        <w:rPr>
          <w:rFonts w:ascii="Times New Roman" w:hAnsi="Times New Roman" w:cs="Times New Roman"/>
          <w:sz w:val="24"/>
          <w:szCs w:val="24"/>
          <w:lang w:val="ro-RO"/>
        </w:rPr>
        <w:tab/>
        <w:t>_________________ (semnatura)</w:t>
      </w:r>
    </w:p>
    <w:p w14:paraId="63EFCD53" w14:textId="749330A4" w:rsidR="00676591" w:rsidRDefault="005A061B" w:rsidP="00A6603C">
      <w:pPr>
        <w:autoSpaceDE w:val="0"/>
        <w:spacing w:after="0" w:line="360" w:lineRule="auto"/>
        <w:jc w:val="both"/>
        <w:rPr>
          <w:rFonts w:ascii="Times New Roman" w:hAnsi="Times New Roman" w:cs="Times New Roman"/>
          <w:b/>
          <w:bCs/>
          <w:sz w:val="24"/>
          <w:szCs w:val="24"/>
          <w:lang w:val="hu-HU"/>
        </w:rPr>
      </w:pPr>
      <w:r>
        <w:rPr>
          <w:rFonts w:ascii="Times New Roman" w:hAnsi="Times New Roman" w:cs="Times New Roman"/>
          <w:sz w:val="24"/>
          <w:lang w:val="ro-RO"/>
        </w:rPr>
        <w:lastRenderedPageBreak/>
        <w:t>...........................................</w:t>
      </w:r>
      <w:r w:rsidR="00676591" w:rsidRPr="00DE66DF">
        <w:rPr>
          <w:rFonts w:ascii="Times New Roman" w:hAnsi="Times New Roman" w:cs="Times New Roman"/>
          <w:b/>
          <w:bCs/>
          <w:sz w:val="24"/>
          <w:szCs w:val="24"/>
          <w:lang w:val="hu-HU"/>
        </w:rPr>
        <w:t xml:space="preserve"> </w:t>
      </w:r>
    </w:p>
    <w:p w14:paraId="10CE96E9" w14:textId="7BAE2C8B" w:rsidR="00DE66DF" w:rsidRPr="00DE66DF" w:rsidRDefault="00DE66DF" w:rsidP="00A6603C">
      <w:pPr>
        <w:autoSpaceDE w:val="0"/>
        <w:spacing w:after="0" w:line="360" w:lineRule="auto"/>
        <w:jc w:val="both"/>
        <w:rPr>
          <w:rFonts w:ascii="Times New Roman" w:hAnsi="Times New Roman" w:cs="Times New Roman"/>
          <w:b/>
          <w:bCs/>
          <w:sz w:val="24"/>
          <w:szCs w:val="24"/>
          <w:lang w:val="hu-HU"/>
        </w:rPr>
      </w:pPr>
      <w:r w:rsidRPr="00DE66DF">
        <w:rPr>
          <w:rFonts w:ascii="Times New Roman" w:hAnsi="Times New Roman" w:cs="Times New Roman"/>
          <w:b/>
          <w:bCs/>
          <w:sz w:val="24"/>
          <w:szCs w:val="24"/>
          <w:lang w:val="hu-HU"/>
        </w:rPr>
        <w:t>(</w:t>
      </w:r>
      <w:proofErr w:type="spellStart"/>
      <w:r w:rsidRPr="00DE66DF">
        <w:rPr>
          <w:rFonts w:ascii="Times New Roman" w:hAnsi="Times New Roman" w:cs="Times New Roman"/>
          <w:b/>
          <w:bCs/>
          <w:sz w:val="24"/>
          <w:szCs w:val="24"/>
          <w:lang w:val="hu-HU"/>
        </w:rPr>
        <w:t>denumirea</w:t>
      </w:r>
      <w:proofErr w:type="spellEnd"/>
      <w:r w:rsidRPr="00DE66DF">
        <w:rPr>
          <w:rFonts w:ascii="Times New Roman" w:hAnsi="Times New Roman" w:cs="Times New Roman"/>
          <w:b/>
          <w:bCs/>
          <w:sz w:val="24"/>
          <w:szCs w:val="24"/>
          <w:lang w:val="hu-HU"/>
        </w:rPr>
        <w:t>/</w:t>
      </w:r>
      <w:proofErr w:type="spellStart"/>
      <w:r w:rsidRPr="00DE66DF">
        <w:rPr>
          <w:rFonts w:ascii="Times New Roman" w:hAnsi="Times New Roman" w:cs="Times New Roman"/>
          <w:b/>
          <w:bCs/>
          <w:sz w:val="24"/>
          <w:szCs w:val="24"/>
          <w:lang w:val="hu-HU"/>
        </w:rPr>
        <w:t>numele</w:t>
      </w:r>
      <w:proofErr w:type="spellEnd"/>
      <w:r w:rsidRPr="00DE66DF">
        <w:rPr>
          <w:rFonts w:ascii="Times New Roman" w:hAnsi="Times New Roman" w:cs="Times New Roman"/>
          <w:b/>
          <w:bCs/>
          <w:sz w:val="24"/>
          <w:szCs w:val="24"/>
          <w:lang w:val="hu-HU"/>
        </w:rPr>
        <w:t>)</w:t>
      </w:r>
    </w:p>
    <w:p w14:paraId="60801BAB" w14:textId="77777777" w:rsidR="00DE66DF" w:rsidRPr="00DE66DF" w:rsidRDefault="00DE66DF" w:rsidP="00A6603C">
      <w:pPr>
        <w:autoSpaceDE w:val="0"/>
        <w:spacing w:after="0" w:line="360" w:lineRule="auto"/>
        <w:jc w:val="both"/>
        <w:rPr>
          <w:rFonts w:ascii="Times New Roman" w:hAnsi="Times New Roman" w:cs="Times New Roman"/>
          <w:b/>
          <w:bCs/>
          <w:sz w:val="24"/>
          <w:szCs w:val="24"/>
          <w:lang w:val="hu-HU"/>
        </w:rPr>
      </w:pPr>
    </w:p>
    <w:p w14:paraId="2DB263B6" w14:textId="77777777" w:rsidR="00DE66DF" w:rsidRPr="00DE66DF" w:rsidRDefault="00DE66DF" w:rsidP="00A6603C">
      <w:pPr>
        <w:autoSpaceDE w:val="0"/>
        <w:spacing w:after="0" w:line="360" w:lineRule="auto"/>
        <w:jc w:val="both"/>
        <w:rPr>
          <w:rFonts w:ascii="Times New Roman" w:hAnsi="Times New Roman" w:cs="Times New Roman"/>
          <w:b/>
          <w:bCs/>
          <w:color w:val="000000"/>
          <w:sz w:val="24"/>
          <w:szCs w:val="24"/>
          <w:lang w:val="hu-HU"/>
        </w:rPr>
      </w:pPr>
    </w:p>
    <w:p w14:paraId="2FA808DF"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DECLARAŢIE PRIVIND ELIGIBILITATEA</w:t>
      </w:r>
    </w:p>
    <w:p w14:paraId="5C691EFD"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 xml:space="preserve">(art. 164 din </w:t>
      </w:r>
      <w:proofErr w:type="spellStart"/>
      <w:r w:rsidRPr="00DE66DF">
        <w:rPr>
          <w:rFonts w:ascii="Times New Roman" w:hAnsi="Times New Roman" w:cs="Times New Roman"/>
          <w:b/>
          <w:bCs/>
          <w:color w:val="000000"/>
          <w:sz w:val="24"/>
          <w:szCs w:val="24"/>
          <w:lang w:val="hu-HU"/>
        </w:rPr>
        <w:t>Legea</w:t>
      </w:r>
      <w:proofErr w:type="spellEnd"/>
      <w:r w:rsidRPr="00DE66DF">
        <w:rPr>
          <w:rFonts w:ascii="Times New Roman" w:hAnsi="Times New Roman" w:cs="Times New Roman"/>
          <w:b/>
          <w:bCs/>
          <w:color w:val="000000"/>
          <w:sz w:val="24"/>
          <w:szCs w:val="24"/>
          <w:lang w:val="hu-HU"/>
        </w:rPr>
        <w:t xml:space="preserve"> 98/2016)</w:t>
      </w:r>
    </w:p>
    <w:p w14:paraId="47D6B0CB"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
    <w:p w14:paraId="12493045"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
    <w:p w14:paraId="1CCD7659" w14:textId="0A3728ED" w:rsidR="00DE66DF" w:rsidRPr="00DE66DF" w:rsidRDefault="00DE66DF" w:rsidP="00A6603C">
      <w:pPr>
        <w:spacing w:after="0" w:line="360" w:lineRule="auto"/>
        <w:ind w:left="-630" w:firstLine="567"/>
        <w:jc w:val="both"/>
        <w:rPr>
          <w:rFonts w:ascii="Times New Roman" w:hAnsi="Times New Roman" w:cs="Times New Roman"/>
          <w:sz w:val="24"/>
          <w:szCs w:val="24"/>
          <w:lang w:val="ro-RO"/>
        </w:rPr>
      </w:pP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împuternicit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gramStart"/>
      <w:r w:rsidR="005A061B">
        <w:rPr>
          <w:rFonts w:ascii="Times New Roman" w:hAnsi="Times New Roman" w:cs="Times New Roman"/>
          <w:sz w:val="24"/>
          <w:lang w:val="ro-RO"/>
        </w:rPr>
        <w:t>...........................................</w:t>
      </w:r>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declar</w:t>
      </w:r>
      <w:proofErr w:type="spellEnd"/>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sancţiunea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excluderii</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procedură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sancţiunilor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aplicate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faptei</w:t>
      </w:r>
      <w:proofErr w:type="spellEnd"/>
      <w:r w:rsidRPr="00DE66DF">
        <w:rPr>
          <w:rFonts w:ascii="Times New Roman" w:hAnsi="Times New Roman" w:cs="Times New Roman"/>
          <w:color w:val="000000"/>
          <w:sz w:val="24"/>
          <w:szCs w:val="24"/>
          <w:lang w:val="hu-HU"/>
        </w:rPr>
        <w:t xml:space="preserve"> de fals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ultimii</w:t>
      </w:r>
      <w:proofErr w:type="spellEnd"/>
      <w:r w:rsidRPr="00DE66DF">
        <w:rPr>
          <w:rFonts w:ascii="Times New Roman" w:hAnsi="Times New Roman" w:cs="Times New Roman"/>
          <w:color w:val="000000"/>
          <w:sz w:val="24"/>
          <w:szCs w:val="24"/>
          <w:lang w:val="hu-HU"/>
        </w:rPr>
        <w:t xml:space="preserve"> 5 </w:t>
      </w:r>
      <w:proofErr w:type="spellStart"/>
      <w:r w:rsidRPr="00DE66DF">
        <w:rPr>
          <w:rFonts w:ascii="Times New Roman" w:hAnsi="Times New Roman" w:cs="Times New Roman"/>
          <w:color w:val="000000"/>
          <w:sz w:val="24"/>
          <w:szCs w:val="24"/>
          <w:lang w:val="hu-HU"/>
        </w:rPr>
        <w:t>ani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hotărâre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definitivă</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instanţe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judecătoreşti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pentrucomiterea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uneia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infracţiunile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prevazute</w:t>
      </w:r>
      <w:proofErr w:type="spellEnd"/>
      <w:r w:rsidRPr="00DE66DF">
        <w:rPr>
          <w:rFonts w:ascii="Times New Roman" w:hAnsi="Times New Roman" w:cs="Times New Roman"/>
          <w:color w:val="000000"/>
          <w:sz w:val="24"/>
          <w:szCs w:val="24"/>
          <w:lang w:val="hu-HU"/>
        </w:rPr>
        <w:t xml:space="preserve"> la art. 164 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98/2016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atribuirea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contractelor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w:t>
      </w:r>
      <w:proofErr w:type="spellEnd"/>
      <w:r w:rsidRPr="00DE66DF">
        <w:rPr>
          <w:rFonts w:ascii="Times New Roman" w:hAnsi="Times New Roman" w:cs="Times New Roman"/>
          <w:color w:val="000000"/>
          <w:sz w:val="24"/>
          <w:szCs w:val="24"/>
          <w:lang w:val="hu-HU"/>
        </w:rPr>
        <w:t>:</w:t>
      </w:r>
    </w:p>
    <w:p w14:paraId="1141FF6A" w14:textId="77777777" w:rsidR="00DE66DF" w:rsidRPr="00DE66DF" w:rsidRDefault="00DE66DF" w:rsidP="00A6603C">
      <w:pPr>
        <w:autoSpaceDE w:val="0"/>
        <w:spacing w:after="0" w:line="360" w:lineRule="auto"/>
        <w:jc w:val="both"/>
        <w:rPr>
          <w:rFonts w:ascii="Times New Roman" w:hAnsi="Times New Roman" w:cs="Times New Roman"/>
          <w:kern w:val="3"/>
          <w:sz w:val="24"/>
          <w:szCs w:val="24"/>
        </w:rPr>
      </w:pPr>
      <w:r w:rsidRPr="00DE66DF">
        <w:rPr>
          <w:rFonts w:ascii="Times New Roman" w:hAnsi="Times New Roman" w:cs="Times New Roman"/>
          <w:b/>
          <w:bCs/>
          <w:color w:val="000000"/>
          <w:sz w:val="24"/>
          <w:szCs w:val="24"/>
          <w:lang w:val="hu-HU"/>
        </w:rPr>
        <w:t xml:space="preserve">a) </w:t>
      </w:r>
      <w:proofErr w:type="spellStart"/>
      <w:r w:rsidRPr="00DE66DF">
        <w:rPr>
          <w:rFonts w:ascii="Times New Roman" w:hAnsi="Times New Roman" w:cs="Times New Roman"/>
          <w:color w:val="000000"/>
          <w:sz w:val="24"/>
          <w:szCs w:val="24"/>
          <w:lang w:val="hu-HU"/>
        </w:rPr>
        <w:t>constituirea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grup</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infracţional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organizat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prevăzută</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 xml:space="preserve">art. 367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FF"/>
          <w:sz w:val="24"/>
          <w:szCs w:val="24"/>
          <w:lang w:val="hu-HU"/>
        </w:rPr>
        <w:t>nr</w:t>
      </w:r>
      <w:proofErr w:type="spellEnd"/>
      <w:r w:rsidRPr="00DE66DF">
        <w:rPr>
          <w:rFonts w:ascii="Times New Roman" w:hAnsi="Times New Roman" w:cs="Times New Roman"/>
          <w:color w:val="0000FF"/>
          <w:sz w:val="24"/>
          <w:szCs w:val="24"/>
          <w:lang w:val="hu-HU"/>
        </w:rPr>
        <w:t xml:space="preserve">. 286/2009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FF"/>
          <w:sz w:val="24"/>
          <w:szCs w:val="24"/>
          <w:lang w:val="hu-HU"/>
        </w:rPr>
        <w:t>Codul</w:t>
      </w:r>
      <w:proofErr w:type="spellEnd"/>
      <w:r w:rsidRPr="00DE66DF">
        <w:rPr>
          <w:rFonts w:ascii="Times New Roman" w:hAnsi="Times New Roman" w:cs="Times New Roman"/>
          <w:color w:val="0000FF"/>
          <w:sz w:val="24"/>
          <w:szCs w:val="24"/>
          <w:lang w:val="hu-HU"/>
        </w:rPr>
        <w:t xml:space="preserve"> </w:t>
      </w:r>
      <w:proofErr w:type="spellStart"/>
      <w:r w:rsidRPr="00DE66DF">
        <w:rPr>
          <w:rFonts w:ascii="Times New Roman" w:hAnsi="Times New Roman" w:cs="Times New Roman"/>
          <w:color w:val="0000FF"/>
          <w:sz w:val="24"/>
          <w:szCs w:val="24"/>
          <w:lang w:val="hu-HU"/>
        </w:rPr>
        <w:t>penal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2BF03923"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b) </w:t>
      </w:r>
      <w:proofErr w:type="spellStart"/>
      <w:r w:rsidRPr="00DE66DF">
        <w:rPr>
          <w:rFonts w:ascii="Times New Roman" w:hAnsi="Times New Roman" w:cs="Times New Roman"/>
          <w:color w:val="000000"/>
          <w:sz w:val="24"/>
          <w:szCs w:val="24"/>
          <w:lang w:val="hu-HU"/>
        </w:rPr>
        <w:t>infracţiuni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corupţie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art. 289</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294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FF"/>
          <w:sz w:val="24"/>
          <w:szCs w:val="24"/>
          <w:lang w:val="hu-HU"/>
        </w:rPr>
        <w:t>nr</w:t>
      </w:r>
      <w:proofErr w:type="spellEnd"/>
      <w:r w:rsidRPr="00DE66DF">
        <w:rPr>
          <w:rFonts w:ascii="Times New Roman" w:hAnsi="Times New Roman" w:cs="Times New Roman"/>
          <w:color w:val="0000FF"/>
          <w:sz w:val="24"/>
          <w:szCs w:val="24"/>
          <w:lang w:val="hu-HU"/>
        </w:rPr>
        <w:t>. 286/2009</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infracţiuni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asimilate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infracţiunilor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corupţie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art. 10</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13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FF"/>
          <w:sz w:val="24"/>
          <w:szCs w:val="24"/>
          <w:lang w:val="hu-HU"/>
        </w:rPr>
        <w:t>nr</w:t>
      </w:r>
      <w:proofErr w:type="spellEnd"/>
      <w:r w:rsidRPr="00DE66DF">
        <w:rPr>
          <w:rFonts w:ascii="Times New Roman" w:hAnsi="Times New Roman" w:cs="Times New Roman"/>
          <w:color w:val="0000FF"/>
          <w:sz w:val="24"/>
          <w:szCs w:val="24"/>
          <w:lang w:val="hu-HU"/>
        </w:rPr>
        <w:t xml:space="preserve">. 78/2000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prevenirea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descoperirea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sancţionarea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faptelor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corupţie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39CCACF6"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c) </w:t>
      </w:r>
      <w:proofErr w:type="spellStart"/>
      <w:r w:rsidRPr="00DE66DF">
        <w:rPr>
          <w:rFonts w:ascii="Times New Roman" w:hAnsi="Times New Roman" w:cs="Times New Roman"/>
          <w:color w:val="000000"/>
          <w:sz w:val="24"/>
          <w:szCs w:val="24"/>
          <w:lang w:val="hu-HU"/>
        </w:rPr>
        <w:t>infracţiuni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împotriva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intereselor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financiare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Uniunii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Europene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 xml:space="preserve">art. 181 </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185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nr</w:t>
      </w:r>
      <w:proofErr w:type="spellEnd"/>
      <w:r w:rsidRPr="00DE66DF">
        <w:rPr>
          <w:rFonts w:ascii="Times New Roman" w:hAnsi="Times New Roman" w:cs="Times New Roman"/>
          <w:color w:val="000000"/>
          <w:sz w:val="24"/>
          <w:szCs w:val="24"/>
          <w:lang w:val="hu-HU"/>
        </w:rPr>
        <w:t xml:space="preserve">. 78/2000,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7C142A83"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d) </w:t>
      </w:r>
      <w:proofErr w:type="spellStart"/>
      <w:r w:rsidRPr="00DE66DF">
        <w:rPr>
          <w:rFonts w:ascii="Times New Roman" w:hAnsi="Times New Roman" w:cs="Times New Roman"/>
          <w:color w:val="000000"/>
          <w:sz w:val="24"/>
          <w:szCs w:val="24"/>
          <w:lang w:val="hu-HU"/>
        </w:rPr>
        <w:t>acte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terorism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art. 32</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35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r w:rsidRPr="00DE66DF">
        <w:rPr>
          <w:rFonts w:ascii="Times New Roman" w:hAnsi="Times New Roman" w:cs="Times New Roman"/>
          <w:color w:val="0000FF"/>
          <w:sz w:val="24"/>
          <w:szCs w:val="24"/>
          <w:lang w:val="hu-HU"/>
        </w:rPr>
        <w:t>art. 37</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38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FF"/>
          <w:sz w:val="24"/>
          <w:szCs w:val="24"/>
          <w:lang w:val="hu-HU"/>
        </w:rPr>
        <w:t>nr</w:t>
      </w:r>
      <w:proofErr w:type="spellEnd"/>
      <w:r w:rsidRPr="00DE66DF">
        <w:rPr>
          <w:rFonts w:ascii="Times New Roman" w:hAnsi="Times New Roman" w:cs="Times New Roman"/>
          <w:color w:val="0000FF"/>
          <w:sz w:val="24"/>
          <w:szCs w:val="24"/>
          <w:lang w:val="hu-HU"/>
        </w:rPr>
        <w:t xml:space="preserve">. 535/2004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prevenirea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combaterea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terorismului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2CAFD8EE"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e) </w:t>
      </w:r>
      <w:proofErr w:type="spellStart"/>
      <w:r w:rsidRPr="00DE66DF">
        <w:rPr>
          <w:rFonts w:ascii="Times New Roman" w:hAnsi="Times New Roman" w:cs="Times New Roman"/>
          <w:color w:val="000000"/>
          <w:sz w:val="24"/>
          <w:szCs w:val="24"/>
          <w:lang w:val="hu-HU"/>
        </w:rPr>
        <w:t>spălarea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banilor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prevăzută</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 xml:space="preserve">art. 29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nr</w:t>
      </w:r>
      <w:proofErr w:type="spellEnd"/>
      <w:r w:rsidRPr="00DE66DF">
        <w:rPr>
          <w:rFonts w:ascii="Times New Roman" w:hAnsi="Times New Roman" w:cs="Times New Roman"/>
          <w:color w:val="000000"/>
          <w:sz w:val="24"/>
          <w:szCs w:val="24"/>
          <w:lang w:val="hu-HU"/>
        </w:rPr>
        <w:t xml:space="preserve">. 656/2002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prevenirea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sancţionarea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spălării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banilor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precum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instituirea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măsuri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prevenire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combatere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finanţării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terorismului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republicată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finanţarea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terorismului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prevăzută</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 xml:space="preserve">art. 36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nr</w:t>
      </w:r>
      <w:proofErr w:type="spellEnd"/>
      <w:r w:rsidRPr="00DE66DF">
        <w:rPr>
          <w:rFonts w:ascii="Times New Roman" w:hAnsi="Times New Roman" w:cs="Times New Roman"/>
          <w:color w:val="000000"/>
          <w:sz w:val="24"/>
          <w:szCs w:val="24"/>
          <w:lang w:val="hu-HU"/>
        </w:rPr>
        <w:t xml:space="preserve">. 535/2004,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7121E751"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lastRenderedPageBreak/>
        <w:t xml:space="preserve">f) </w:t>
      </w:r>
      <w:proofErr w:type="spellStart"/>
      <w:r w:rsidRPr="00DE66DF">
        <w:rPr>
          <w:rFonts w:ascii="Times New Roman" w:hAnsi="Times New Roman" w:cs="Times New Roman"/>
          <w:color w:val="000000"/>
          <w:sz w:val="24"/>
          <w:szCs w:val="24"/>
          <w:lang w:val="hu-HU"/>
        </w:rPr>
        <w:t>traficul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exploatarea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vulnerabile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r w:rsidRPr="00DE66DF">
        <w:rPr>
          <w:rFonts w:ascii="Times New Roman" w:hAnsi="Times New Roman" w:cs="Times New Roman"/>
          <w:color w:val="0000FF"/>
          <w:sz w:val="24"/>
          <w:szCs w:val="24"/>
          <w:lang w:val="hu-HU"/>
        </w:rPr>
        <w:t>art. 209</w:t>
      </w:r>
      <w:r w:rsidRPr="00DE66DF">
        <w:rPr>
          <w:rFonts w:ascii="Times New Roman" w:hAnsi="Times New Roman" w:cs="Times New Roman"/>
          <w:color w:val="000000"/>
          <w:sz w:val="24"/>
          <w:szCs w:val="24"/>
          <w:lang w:val="hu-HU"/>
        </w:rPr>
        <w:t>-</w:t>
      </w:r>
      <w:r w:rsidRPr="00DE66DF">
        <w:rPr>
          <w:rFonts w:ascii="Times New Roman" w:hAnsi="Times New Roman" w:cs="Times New Roman"/>
          <w:color w:val="0000FF"/>
          <w:sz w:val="24"/>
          <w:szCs w:val="24"/>
          <w:lang w:val="hu-HU"/>
        </w:rPr>
        <w:t xml:space="preserve">217 </w:t>
      </w:r>
      <w:r w:rsidRPr="00DE66DF">
        <w:rPr>
          <w:rFonts w:ascii="Times New Roman" w:hAnsi="Times New Roman" w:cs="Times New Roman"/>
          <w:color w:val="000000"/>
          <w:sz w:val="24"/>
          <w:szCs w:val="24"/>
          <w:lang w:val="hu-HU"/>
        </w:rPr>
        <w:t xml:space="preserve">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nr</w:t>
      </w:r>
      <w:proofErr w:type="spellEnd"/>
      <w:r w:rsidRPr="00DE66DF">
        <w:rPr>
          <w:rFonts w:ascii="Times New Roman" w:hAnsi="Times New Roman" w:cs="Times New Roman"/>
          <w:color w:val="000000"/>
          <w:sz w:val="24"/>
          <w:szCs w:val="24"/>
          <w:lang w:val="hu-HU"/>
        </w:rPr>
        <w:t xml:space="preserve">. 286/2009,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completările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ulterioare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dispoziţiile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corespunzătoare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condamnat</w:t>
      </w:r>
      <w:proofErr w:type="spellEnd"/>
      <w:r w:rsidRPr="00DE66DF">
        <w:rPr>
          <w:rFonts w:ascii="Times New Roman" w:hAnsi="Times New Roman" w:cs="Times New Roman"/>
          <w:color w:val="000000"/>
          <w:sz w:val="24"/>
          <w:szCs w:val="24"/>
          <w:lang w:val="hu-HU"/>
        </w:rPr>
        <w:t>;</w:t>
      </w:r>
    </w:p>
    <w:p w14:paraId="3CB40BDB"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g) </w:t>
      </w:r>
      <w:proofErr w:type="spellStart"/>
      <w:r w:rsidRPr="00DE66DF">
        <w:rPr>
          <w:rFonts w:ascii="Times New Roman" w:hAnsi="Times New Roman" w:cs="Times New Roman"/>
          <w:color w:val="000000"/>
          <w:sz w:val="24"/>
          <w:szCs w:val="24"/>
          <w:lang w:val="hu-HU"/>
        </w:rPr>
        <w:t>fraudă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sensul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articolului</w:t>
      </w:r>
      <w:proofErr w:type="spellEnd"/>
      <w:r w:rsidRPr="00DE66DF">
        <w:rPr>
          <w:rFonts w:ascii="Times New Roman" w:hAnsi="Times New Roman" w:cs="Times New Roman"/>
          <w:color w:val="000000"/>
          <w:sz w:val="24"/>
          <w:szCs w:val="24"/>
          <w:lang w:val="hu-HU"/>
        </w:rPr>
        <w:t xml:space="preserve"> 1 din </w:t>
      </w:r>
      <w:proofErr w:type="spellStart"/>
      <w:r w:rsidRPr="00DE66DF">
        <w:rPr>
          <w:rFonts w:ascii="Times New Roman" w:hAnsi="Times New Roman" w:cs="Times New Roman"/>
          <w:color w:val="000000"/>
          <w:sz w:val="24"/>
          <w:szCs w:val="24"/>
          <w:lang w:val="hu-HU"/>
        </w:rPr>
        <w:t>Convenţia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protejarea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intereselor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financiare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Comunităţilor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Europene</w:t>
      </w:r>
      <w:proofErr w:type="spellEnd"/>
      <w:r w:rsidRPr="00DE66DF">
        <w:rPr>
          <w:rFonts w:ascii="Times New Roman" w:hAnsi="Times New Roman" w:cs="Times New Roman"/>
          <w:color w:val="000000"/>
          <w:sz w:val="24"/>
          <w:szCs w:val="24"/>
          <w:lang w:val="hu-HU"/>
        </w:rPr>
        <w:t xml:space="preserve"> din 27 </w:t>
      </w:r>
      <w:proofErr w:type="spellStart"/>
      <w:r w:rsidRPr="00DE66DF">
        <w:rPr>
          <w:rFonts w:ascii="Times New Roman" w:hAnsi="Times New Roman" w:cs="Times New Roman"/>
          <w:color w:val="000000"/>
          <w:sz w:val="24"/>
          <w:szCs w:val="24"/>
          <w:lang w:val="hu-HU"/>
        </w:rPr>
        <w:t>noiembrie</w:t>
      </w:r>
      <w:proofErr w:type="spellEnd"/>
      <w:r w:rsidRPr="00DE66DF">
        <w:rPr>
          <w:rFonts w:ascii="Times New Roman" w:hAnsi="Times New Roman" w:cs="Times New Roman"/>
          <w:color w:val="000000"/>
          <w:sz w:val="24"/>
          <w:szCs w:val="24"/>
          <w:lang w:val="hu-HU"/>
        </w:rPr>
        <w:t xml:space="preserve"> 1995.</w:t>
      </w:r>
    </w:p>
    <w:p w14:paraId="6237AD1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De </w:t>
      </w:r>
      <w:proofErr w:type="spellStart"/>
      <w:r w:rsidRPr="00DE66DF">
        <w:rPr>
          <w:rFonts w:ascii="Times New Roman" w:hAnsi="Times New Roman" w:cs="Times New Roman"/>
          <w:color w:val="000000"/>
          <w:sz w:val="24"/>
          <w:szCs w:val="24"/>
          <w:lang w:val="hu-HU"/>
        </w:rPr>
        <w:t>asemenea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sancţiunea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excluderii</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procedură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sancţiunilor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aplicate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faptei</w:t>
      </w:r>
      <w:proofErr w:type="spellEnd"/>
      <w:r w:rsidRPr="00DE66DF">
        <w:rPr>
          <w:rFonts w:ascii="Times New Roman" w:hAnsi="Times New Roman" w:cs="Times New Roman"/>
          <w:color w:val="000000"/>
          <w:sz w:val="24"/>
          <w:szCs w:val="24"/>
          <w:lang w:val="hu-HU"/>
        </w:rPr>
        <w:t xml:space="preserve"> de fals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niciun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membru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organului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administrare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conducere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supraveghere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societatii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putere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reprezentare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decizie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control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acesteia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obiectul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excluderii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asa</w:t>
      </w:r>
      <w:proofErr w:type="spellEnd"/>
      <w:r w:rsidRPr="00DE66DF">
        <w:rPr>
          <w:rFonts w:ascii="Times New Roman" w:hAnsi="Times New Roman" w:cs="Times New Roman"/>
          <w:color w:val="000000"/>
          <w:sz w:val="24"/>
          <w:szCs w:val="24"/>
          <w:lang w:val="hu-HU"/>
        </w:rPr>
        <w:t xml:space="preserve"> cum este </w:t>
      </w:r>
      <w:proofErr w:type="spellStart"/>
      <w:r w:rsidRPr="00DE66DF">
        <w:rPr>
          <w:rFonts w:ascii="Times New Roman" w:hAnsi="Times New Roman" w:cs="Times New Roman"/>
          <w:color w:val="000000"/>
          <w:sz w:val="24"/>
          <w:szCs w:val="24"/>
          <w:lang w:val="hu-HU"/>
        </w:rPr>
        <w:t>acesta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definit</w:t>
      </w:r>
      <w:proofErr w:type="spellEnd"/>
      <w:r w:rsidRPr="00DE66DF">
        <w:rPr>
          <w:rFonts w:ascii="Times New Roman" w:hAnsi="Times New Roman" w:cs="Times New Roman"/>
          <w:color w:val="000000"/>
          <w:sz w:val="24"/>
          <w:szCs w:val="24"/>
          <w:lang w:val="hu-HU"/>
        </w:rPr>
        <w:t xml:space="preserve"> la art. 164 (1) 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98/2016.</w:t>
      </w:r>
    </w:p>
    <w:p w14:paraId="0CF85813" w14:textId="77777777" w:rsidR="00DE66DF" w:rsidRPr="00DE66DF" w:rsidRDefault="00DE66DF" w:rsidP="00A6603C">
      <w:pPr>
        <w:autoSpaceDE w:val="0"/>
        <w:spacing w:after="0" w:line="360" w:lineRule="auto"/>
        <w:jc w:val="both"/>
        <w:rPr>
          <w:rFonts w:ascii="Times New Roman" w:hAnsi="Times New Roman" w:cs="Times New Roman"/>
          <w:kern w:val="3"/>
          <w:sz w:val="24"/>
          <w:szCs w:val="24"/>
        </w:rPr>
      </w:pPr>
      <w:proofErr w:type="spellStart"/>
      <w:r w:rsidRPr="00DE66DF">
        <w:rPr>
          <w:rFonts w:ascii="Times New Roman" w:hAnsi="Times New Roman" w:cs="Times New Roman"/>
          <w:b/>
          <w:bCs/>
          <w:color w:val="000000"/>
          <w:sz w:val="24"/>
          <w:szCs w:val="24"/>
          <w:lang w:val="hu-HU"/>
        </w:rPr>
        <w:t>S</w:t>
      </w:r>
      <w:r w:rsidRPr="00DE66DF">
        <w:rPr>
          <w:rFonts w:ascii="Times New Roman" w:hAnsi="Times New Roman" w:cs="Times New Roman"/>
          <w:color w:val="000000"/>
          <w:sz w:val="24"/>
          <w:szCs w:val="24"/>
          <w:lang w:val="hu-HU"/>
        </w:rPr>
        <w:t>ubsemnatul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furnizate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corecte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fiecare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detaliu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înţeleg</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dreptul</w:t>
      </w:r>
      <w:proofErr w:type="spellEnd"/>
      <w:r w:rsidRPr="00DE66DF">
        <w:rPr>
          <w:rFonts w:ascii="Times New Roman" w:hAnsi="Times New Roman" w:cs="Times New Roman"/>
          <w:color w:val="000000"/>
          <w:sz w:val="24"/>
          <w:szCs w:val="24"/>
          <w:lang w:val="hu-HU"/>
        </w:rPr>
        <w:t xml:space="preserve"> de a </w:t>
      </w:r>
      <w:proofErr w:type="spellStart"/>
      <w:r w:rsidRPr="00DE66DF">
        <w:rPr>
          <w:rFonts w:ascii="Times New Roman" w:hAnsi="Times New Roman" w:cs="Times New Roman"/>
          <w:color w:val="000000"/>
          <w:sz w:val="24"/>
          <w:szCs w:val="24"/>
          <w:lang w:val="hu-HU"/>
        </w:rPr>
        <w:t>solicita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scopul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verificării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confirmării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doveditoare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dispunem</w:t>
      </w:r>
      <w:proofErr w:type="spellEnd"/>
      <w:r w:rsidRPr="00DE66DF">
        <w:rPr>
          <w:rFonts w:ascii="Times New Roman" w:hAnsi="Times New Roman" w:cs="Times New Roman"/>
          <w:color w:val="000000"/>
          <w:sz w:val="24"/>
          <w:szCs w:val="24"/>
          <w:lang w:val="hu-HU"/>
        </w:rPr>
        <w:t>.</w:t>
      </w:r>
    </w:p>
    <w:p w14:paraId="2E578906"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6F3086E4" w14:textId="510F4124"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declaraţie</w:t>
      </w:r>
      <w:proofErr w:type="spellEnd"/>
      <w:r w:rsidRPr="00DE66DF">
        <w:rPr>
          <w:rFonts w:ascii="Times New Roman" w:hAnsi="Times New Roman" w:cs="Times New Roman"/>
          <w:color w:val="000000"/>
          <w:sz w:val="24"/>
          <w:szCs w:val="24"/>
          <w:lang w:val="hu-HU"/>
        </w:rPr>
        <w:t xml:space="preserve"> este </w:t>
      </w:r>
      <w:proofErr w:type="spellStart"/>
      <w:r w:rsidRPr="00DE66DF">
        <w:rPr>
          <w:rFonts w:ascii="Times New Roman" w:hAnsi="Times New Roman" w:cs="Times New Roman"/>
          <w:color w:val="000000"/>
          <w:sz w:val="24"/>
          <w:szCs w:val="24"/>
          <w:lang w:val="hu-HU"/>
        </w:rPr>
        <w:t>valabilă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până</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data</w:t>
      </w:r>
      <w:proofErr w:type="spellEnd"/>
      <w:r w:rsidRPr="00DE66DF">
        <w:rPr>
          <w:rFonts w:ascii="Times New Roman" w:hAnsi="Times New Roman" w:cs="Times New Roman"/>
          <w:color w:val="000000"/>
          <w:sz w:val="24"/>
          <w:szCs w:val="24"/>
          <w:lang w:val="hu-HU"/>
        </w:rPr>
        <w:t xml:space="preserve"> de </w:t>
      </w:r>
      <w:r w:rsidR="005A061B">
        <w:rPr>
          <w:rFonts w:ascii="Times New Roman" w:hAnsi="Times New Roman" w:cs="Times New Roman"/>
          <w:color w:val="000000"/>
          <w:sz w:val="24"/>
          <w:szCs w:val="24"/>
          <w:lang w:val="hu-HU"/>
        </w:rPr>
        <w:t>………</w:t>
      </w:r>
      <w:proofErr w:type="gramStart"/>
      <w:r w:rsidR="005A061B">
        <w:rPr>
          <w:rFonts w:ascii="Times New Roman" w:hAnsi="Times New Roman" w:cs="Times New Roman"/>
          <w:color w:val="000000"/>
          <w:sz w:val="24"/>
          <w:szCs w:val="24"/>
          <w:lang w:val="hu-HU"/>
        </w:rPr>
        <w:t>…….</w:t>
      </w:r>
      <w:proofErr w:type="gramEnd"/>
      <w:r w:rsidR="005A061B">
        <w:rPr>
          <w:rFonts w:ascii="Times New Roman" w:hAnsi="Times New Roman" w:cs="Times New Roman"/>
          <w:color w:val="000000"/>
          <w:sz w:val="24"/>
          <w:szCs w:val="24"/>
          <w:lang w:val="hu-HU"/>
        </w:rPr>
        <w:t>.</w:t>
      </w:r>
    </w:p>
    <w:p w14:paraId="33B3BF42"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(se </w:t>
      </w:r>
      <w:proofErr w:type="spellStart"/>
      <w:r w:rsidRPr="00DE66DF">
        <w:rPr>
          <w:rFonts w:ascii="Times New Roman" w:hAnsi="Times New Roman" w:cs="Times New Roman"/>
          <w:color w:val="000000"/>
          <w:sz w:val="24"/>
          <w:szCs w:val="24"/>
          <w:lang w:val="hu-HU"/>
        </w:rPr>
        <w:t>precizează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data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expirării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perioadei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valabilitate</w:t>
      </w:r>
      <w:proofErr w:type="spellEnd"/>
      <w:r w:rsidRPr="00DE66DF">
        <w:rPr>
          <w:rFonts w:ascii="Times New Roman" w:hAnsi="Times New Roman" w:cs="Times New Roman"/>
          <w:color w:val="000000"/>
          <w:sz w:val="24"/>
          <w:szCs w:val="24"/>
          <w:lang w:val="hu-HU"/>
        </w:rPr>
        <w:t xml:space="preserve"> </w:t>
      </w:r>
      <w:proofErr w:type="gramStart"/>
      <w:r w:rsidRPr="00DE66DF">
        <w:rPr>
          <w:rFonts w:ascii="Times New Roman" w:hAnsi="Times New Roman" w:cs="Times New Roman"/>
          <w:color w:val="000000"/>
          <w:sz w:val="24"/>
          <w:szCs w:val="24"/>
          <w:lang w:val="hu-HU"/>
        </w:rPr>
        <w:t>a</w:t>
      </w:r>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ofertei</w:t>
      </w:r>
      <w:proofErr w:type="spellEnd"/>
      <w:r w:rsidRPr="00DE66DF">
        <w:rPr>
          <w:rFonts w:ascii="Times New Roman" w:hAnsi="Times New Roman" w:cs="Times New Roman"/>
          <w:color w:val="000000"/>
          <w:sz w:val="24"/>
          <w:szCs w:val="24"/>
          <w:lang w:val="hu-HU"/>
        </w:rPr>
        <w:t>)</w:t>
      </w:r>
    </w:p>
    <w:p w14:paraId="11BD0625" w14:textId="539E09F8"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Data </w:t>
      </w:r>
      <w:proofErr w:type="spellStart"/>
      <w:r w:rsidRPr="00DE66DF">
        <w:rPr>
          <w:rFonts w:ascii="Times New Roman" w:hAnsi="Times New Roman" w:cs="Times New Roman"/>
          <w:color w:val="000000"/>
          <w:sz w:val="24"/>
          <w:szCs w:val="24"/>
          <w:lang w:val="hu-HU"/>
        </w:rPr>
        <w:t>completării</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p>
    <w:p w14:paraId="1BA171A4"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1B915CE6"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w:t>
      </w:r>
    </w:p>
    <w:p w14:paraId="01BD63F0" w14:textId="3A50D472" w:rsidR="00676591" w:rsidRDefault="005A061B" w:rsidP="00A6603C">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
    <w:p w14:paraId="16E4B0F8" w14:textId="0F85A88C" w:rsidR="00DE66DF" w:rsidRPr="00DE66DF" w:rsidRDefault="005A061B" w:rsidP="00A6603C">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color w:val="000000"/>
          <w:sz w:val="24"/>
          <w:szCs w:val="24"/>
          <w:lang w:val="hu-HU"/>
        </w:rPr>
        <w:t>...........................................</w:t>
      </w:r>
    </w:p>
    <w:p w14:paraId="5E65C7CC"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semnatura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autorizată</w:t>
      </w:r>
      <w:proofErr w:type="spellEnd"/>
      <w:r w:rsidRPr="00DE66DF">
        <w:rPr>
          <w:rFonts w:ascii="Times New Roman" w:hAnsi="Times New Roman" w:cs="Times New Roman"/>
          <w:i/>
          <w:iCs/>
          <w:color w:val="000000"/>
          <w:sz w:val="24"/>
          <w:szCs w:val="24"/>
          <w:lang w:val="hu-HU"/>
        </w:rPr>
        <w:t>)</w:t>
      </w:r>
    </w:p>
    <w:p w14:paraId="01AED5AC"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B47E4ED"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00262FD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5406307C"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0C7ED5AD"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78D7FA6D"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10AF2ABA"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B06D041"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3F70074F"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47D5364B"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5990B7DB"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1FEA39E2"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77BB4719"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B532063" w14:textId="77777777" w:rsidR="00DE66DF" w:rsidRPr="00DE66DF" w:rsidRDefault="00DE66DF" w:rsidP="00A6603C">
      <w:pPr>
        <w:autoSpaceDE w:val="0"/>
        <w:spacing w:after="0" w:line="360" w:lineRule="auto"/>
        <w:jc w:val="both"/>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OPERATOR ECONOMIC</w:t>
      </w:r>
    </w:p>
    <w:p w14:paraId="30CFDE33" w14:textId="066858E7" w:rsidR="00676591" w:rsidRDefault="005A061B" w:rsidP="00A6603C">
      <w:pPr>
        <w:autoSpaceDE w:val="0"/>
        <w:spacing w:after="0" w:line="360" w:lineRule="auto"/>
        <w:jc w:val="both"/>
        <w:rPr>
          <w:rFonts w:ascii="Times New Roman" w:hAnsi="Times New Roman" w:cs="Times New Roman"/>
          <w:b/>
          <w:bCs/>
          <w:i/>
          <w:iCs/>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b/>
          <w:bCs/>
          <w:i/>
          <w:iCs/>
          <w:color w:val="000000"/>
          <w:sz w:val="24"/>
          <w:szCs w:val="24"/>
          <w:lang w:val="hu-HU"/>
        </w:rPr>
        <w:t xml:space="preserve"> </w:t>
      </w:r>
    </w:p>
    <w:p w14:paraId="52CAC700" w14:textId="328EF168" w:rsidR="00DE66DF" w:rsidRPr="00DE66DF" w:rsidRDefault="00DE66DF" w:rsidP="00A6603C">
      <w:pPr>
        <w:autoSpaceDE w:val="0"/>
        <w:spacing w:after="0" w:line="360" w:lineRule="auto"/>
        <w:jc w:val="both"/>
        <w:rPr>
          <w:rFonts w:ascii="Times New Roman" w:hAnsi="Times New Roman" w:cs="Times New Roman"/>
          <w:kern w:val="3"/>
          <w:sz w:val="24"/>
          <w:szCs w:val="24"/>
        </w:rPr>
      </w:pPr>
      <w:r w:rsidRPr="00DE66DF">
        <w:rPr>
          <w:rFonts w:ascii="Times New Roman" w:hAnsi="Times New Roman" w:cs="Times New Roman"/>
          <w:b/>
          <w:bCs/>
          <w:i/>
          <w:iCs/>
          <w:color w:val="000000"/>
          <w:sz w:val="24"/>
          <w:szCs w:val="24"/>
          <w:lang w:val="hu-HU"/>
        </w:rPr>
        <w:t>(</w:t>
      </w:r>
      <w:proofErr w:type="spellStart"/>
      <w:r w:rsidRPr="00DE66DF">
        <w:rPr>
          <w:rFonts w:ascii="Times New Roman" w:hAnsi="Times New Roman" w:cs="Times New Roman"/>
          <w:b/>
          <w:bCs/>
          <w:i/>
          <w:iCs/>
          <w:color w:val="000000"/>
          <w:sz w:val="24"/>
          <w:szCs w:val="24"/>
          <w:lang w:val="hu-HU"/>
        </w:rPr>
        <w:t>denumirea</w:t>
      </w:r>
      <w:proofErr w:type="spellEnd"/>
      <w:r w:rsidRPr="00DE66DF">
        <w:rPr>
          <w:rFonts w:ascii="Times New Roman" w:hAnsi="Times New Roman" w:cs="Times New Roman"/>
          <w:b/>
          <w:bCs/>
          <w:i/>
          <w:iCs/>
          <w:color w:val="000000"/>
          <w:sz w:val="24"/>
          <w:szCs w:val="24"/>
          <w:lang w:val="hu-HU"/>
        </w:rPr>
        <w:t>/</w:t>
      </w:r>
      <w:proofErr w:type="spellStart"/>
      <w:r w:rsidRPr="00DE66DF">
        <w:rPr>
          <w:rFonts w:ascii="Times New Roman" w:hAnsi="Times New Roman" w:cs="Times New Roman"/>
          <w:b/>
          <w:bCs/>
          <w:i/>
          <w:iCs/>
          <w:color w:val="000000"/>
          <w:sz w:val="24"/>
          <w:szCs w:val="24"/>
          <w:lang w:val="hu-HU"/>
        </w:rPr>
        <w:t>numele</w:t>
      </w:r>
      <w:proofErr w:type="spellEnd"/>
      <w:r w:rsidRPr="00DE66DF">
        <w:rPr>
          <w:rFonts w:ascii="Times New Roman" w:hAnsi="Times New Roman" w:cs="Times New Roman"/>
          <w:i/>
          <w:iCs/>
          <w:color w:val="000000"/>
          <w:sz w:val="24"/>
          <w:szCs w:val="24"/>
          <w:lang w:val="hu-HU"/>
        </w:rPr>
        <w:t>)</w:t>
      </w:r>
    </w:p>
    <w:p w14:paraId="48412091" w14:textId="77777777" w:rsidR="00DE66DF" w:rsidRPr="00DE66DF" w:rsidRDefault="00DE66DF" w:rsidP="00A6603C">
      <w:pPr>
        <w:autoSpaceDE w:val="0"/>
        <w:spacing w:after="0" w:line="360" w:lineRule="auto"/>
        <w:jc w:val="both"/>
        <w:rPr>
          <w:rFonts w:ascii="Times New Roman" w:hAnsi="Times New Roman" w:cs="Times New Roman"/>
          <w:i/>
          <w:iCs/>
          <w:color w:val="000000"/>
          <w:sz w:val="24"/>
          <w:szCs w:val="24"/>
          <w:lang w:val="hu-HU"/>
        </w:rPr>
      </w:pPr>
    </w:p>
    <w:p w14:paraId="058B4527"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DECLARAŢIE</w:t>
      </w:r>
    </w:p>
    <w:p w14:paraId="4AE8A0EA"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roofErr w:type="spellStart"/>
      <w:r w:rsidRPr="00DE66DF">
        <w:rPr>
          <w:rFonts w:ascii="Times New Roman" w:hAnsi="Times New Roman" w:cs="Times New Roman"/>
          <w:b/>
          <w:bCs/>
          <w:color w:val="000000"/>
          <w:sz w:val="24"/>
          <w:szCs w:val="24"/>
          <w:lang w:val="hu-HU"/>
        </w:rPr>
        <w:t>privind</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evitarea</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conflictului</w:t>
      </w:r>
      <w:proofErr w:type="spellEnd"/>
      <w:r w:rsidRPr="00DE66DF">
        <w:rPr>
          <w:rFonts w:ascii="Times New Roman" w:hAnsi="Times New Roman" w:cs="Times New Roman"/>
          <w:b/>
          <w:bCs/>
          <w:color w:val="000000"/>
          <w:sz w:val="24"/>
          <w:szCs w:val="24"/>
          <w:lang w:val="hu-HU"/>
        </w:rPr>
        <w:t xml:space="preserve"> de interese</w:t>
      </w:r>
    </w:p>
    <w:p w14:paraId="5972103E"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roofErr w:type="gramStart"/>
      <w:r w:rsidRPr="00DE66DF">
        <w:rPr>
          <w:rFonts w:ascii="Times New Roman" w:hAnsi="Times New Roman" w:cs="Times New Roman"/>
          <w:b/>
          <w:bCs/>
          <w:color w:val="000000"/>
          <w:sz w:val="24"/>
          <w:szCs w:val="24"/>
          <w:lang w:val="hu-HU"/>
        </w:rPr>
        <w:t>( art</w:t>
      </w:r>
      <w:proofErr w:type="gramEnd"/>
      <w:r w:rsidRPr="00DE66DF">
        <w:rPr>
          <w:rFonts w:ascii="Times New Roman" w:hAnsi="Times New Roman" w:cs="Times New Roman"/>
          <w:b/>
          <w:bCs/>
          <w:color w:val="000000"/>
          <w:sz w:val="24"/>
          <w:szCs w:val="24"/>
          <w:lang w:val="hu-HU"/>
        </w:rPr>
        <w:t xml:space="preserve">. 59 </w:t>
      </w:r>
      <w:proofErr w:type="spellStart"/>
      <w:r w:rsidRPr="00DE66DF">
        <w:rPr>
          <w:rFonts w:ascii="Times New Roman" w:hAnsi="Times New Roman" w:cs="Times New Roman"/>
          <w:b/>
          <w:bCs/>
          <w:color w:val="000000"/>
          <w:sz w:val="24"/>
          <w:szCs w:val="24"/>
          <w:lang w:val="hu-HU"/>
        </w:rPr>
        <w:t>si</w:t>
      </w:r>
      <w:proofErr w:type="spellEnd"/>
      <w:r w:rsidRPr="00DE66DF">
        <w:rPr>
          <w:rFonts w:ascii="Times New Roman" w:hAnsi="Times New Roman" w:cs="Times New Roman"/>
          <w:b/>
          <w:bCs/>
          <w:color w:val="000000"/>
          <w:sz w:val="24"/>
          <w:szCs w:val="24"/>
          <w:lang w:val="hu-HU"/>
        </w:rPr>
        <w:t xml:space="preserve"> 60 din </w:t>
      </w:r>
      <w:proofErr w:type="spellStart"/>
      <w:r w:rsidRPr="00DE66DF">
        <w:rPr>
          <w:rFonts w:ascii="Times New Roman" w:hAnsi="Times New Roman" w:cs="Times New Roman"/>
          <w:b/>
          <w:bCs/>
          <w:color w:val="000000"/>
          <w:sz w:val="24"/>
          <w:szCs w:val="24"/>
          <w:lang w:val="hu-HU"/>
        </w:rPr>
        <w:t>Legea</w:t>
      </w:r>
      <w:proofErr w:type="spellEnd"/>
      <w:r w:rsidRPr="00DE66DF">
        <w:rPr>
          <w:rFonts w:ascii="Times New Roman" w:hAnsi="Times New Roman" w:cs="Times New Roman"/>
          <w:b/>
          <w:bCs/>
          <w:color w:val="000000"/>
          <w:sz w:val="24"/>
          <w:szCs w:val="24"/>
          <w:lang w:val="hu-HU"/>
        </w:rPr>
        <w:t xml:space="preserve"> 98/2016)</w:t>
      </w:r>
    </w:p>
    <w:p w14:paraId="07E5EF32"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
    <w:p w14:paraId="1B160E62" w14:textId="532B11CD" w:rsidR="00DE66DF" w:rsidRPr="00DE66DF" w:rsidRDefault="00DE66DF" w:rsidP="00A6603C">
      <w:pPr>
        <w:spacing w:after="0" w:line="360" w:lineRule="auto"/>
        <w:ind w:left="-630" w:firstLine="567"/>
        <w:jc w:val="both"/>
        <w:rPr>
          <w:rFonts w:ascii="Times New Roman" w:hAnsi="Times New Roman" w:cs="Times New Roman"/>
          <w:sz w:val="24"/>
          <w:szCs w:val="24"/>
        </w:rPr>
      </w:pPr>
      <w:r w:rsidRPr="00DE66DF">
        <w:rPr>
          <w:rFonts w:ascii="Times New Roman" w:hAnsi="Times New Roman" w:cs="Times New Roman"/>
          <w:color w:val="000000"/>
          <w:sz w:val="24"/>
          <w:szCs w:val="24"/>
          <w:lang w:val="hu-HU"/>
        </w:rPr>
        <w:t xml:space="preserve">1. </w:t>
      </w: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administrator</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sz w:val="24"/>
          <w:lang w:val="ro-RO"/>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calitate</w:t>
      </w:r>
      <w:proofErr w:type="spellEnd"/>
      <w:r w:rsidRPr="00DE66DF">
        <w:rPr>
          <w:rFonts w:ascii="Times New Roman" w:hAnsi="Times New Roman" w:cs="Times New Roman"/>
          <w:color w:val="000000"/>
          <w:sz w:val="24"/>
          <w:szCs w:val="24"/>
          <w:lang w:val="hu-HU"/>
        </w:rPr>
        <w:t xml:space="preserve"> de </w:t>
      </w:r>
      <w:proofErr w:type="spellStart"/>
      <w:proofErr w:type="gramStart"/>
      <w:r w:rsidRPr="00DE66DF">
        <w:rPr>
          <w:rFonts w:ascii="Times New Roman" w:hAnsi="Times New Roman" w:cs="Times New Roman"/>
          <w:color w:val="000000"/>
          <w:sz w:val="24"/>
          <w:szCs w:val="24"/>
          <w:lang w:val="hu-HU"/>
        </w:rPr>
        <w:t>ofertant</w:t>
      </w:r>
      <w:r w:rsidRPr="00DE66DF">
        <w:rPr>
          <w:rFonts w:ascii="Times New Roman" w:hAnsi="Times New Roman" w:cs="Times New Roman"/>
          <w:i/>
          <w:iCs/>
          <w:color w:val="000000"/>
          <w:sz w:val="24"/>
          <w:szCs w:val="24"/>
          <w:lang w:val="hu-HU"/>
        </w:rPr>
        <w:t>,</w:t>
      </w:r>
      <w:r w:rsidRPr="00DE66DF">
        <w:rPr>
          <w:rFonts w:ascii="Times New Roman" w:hAnsi="Times New Roman" w:cs="Times New Roman"/>
          <w:color w:val="000000"/>
          <w:sz w:val="24"/>
          <w:szCs w:val="24"/>
          <w:lang w:val="hu-HU"/>
        </w:rPr>
        <w:t>la</w:t>
      </w:r>
      <w:proofErr w:type="spellEnd"/>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cumparare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directa</w:t>
      </w:r>
      <w:proofErr w:type="spellEnd"/>
      <w:r w:rsidRPr="00DE66DF">
        <w:rPr>
          <w:rFonts w:ascii="Times New Roman" w:hAnsi="Times New Roman" w:cs="Times New Roman"/>
          <w:color w:val="000000"/>
          <w:sz w:val="24"/>
          <w:szCs w:val="24"/>
          <w:lang w:val="ro-RO"/>
        </w:rPr>
        <w:t xml:space="preserve"> pntru atribuirea contractului ” </w:t>
      </w:r>
      <w:proofErr w:type="spellStart"/>
      <w:r w:rsidRPr="00DE66DF">
        <w:rPr>
          <w:rFonts w:ascii="Times New Roman" w:hAnsi="Times New Roman" w:cs="Times New Roman"/>
          <w:color w:val="000000"/>
          <w:kern w:val="36"/>
          <w:sz w:val="24"/>
          <w:szCs w:val="24"/>
          <w:lang w:val="hu-HU"/>
        </w:rPr>
        <w:t>Execu</w:t>
      </w:r>
      <w:r w:rsidRPr="00DE66DF">
        <w:rPr>
          <w:rFonts w:ascii="Times New Roman" w:hAnsi="Times New Roman" w:cs="Times New Roman"/>
          <w:color w:val="000000"/>
          <w:kern w:val="36"/>
          <w:sz w:val="24"/>
          <w:szCs w:val="24"/>
        </w:rPr>
        <w:t>ția</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lucrări</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în</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cadrul</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proiectului</w:t>
      </w:r>
      <w:proofErr w:type="spellEnd"/>
      <w:r w:rsidRPr="00DE66DF">
        <w:rPr>
          <w:rFonts w:ascii="Times New Roman" w:hAnsi="Times New Roman" w:cs="Times New Roman"/>
          <w:color w:val="000000"/>
          <w:kern w:val="36"/>
          <w:sz w:val="24"/>
          <w:szCs w:val="24"/>
        </w:rPr>
        <w:t xml:space="preserve"> ”</w:t>
      </w:r>
      <w:r w:rsidRPr="00DE66DF">
        <w:rPr>
          <w:rFonts w:ascii="Times New Roman" w:hAnsi="Times New Roman" w:cs="Times New Roman"/>
          <w:kern w:val="36"/>
          <w:sz w:val="24"/>
          <w:szCs w:val="24"/>
        </w:rPr>
        <w:t xml:space="preserve"> </w:t>
      </w:r>
      <w:proofErr w:type="spellStart"/>
      <w:r w:rsidR="00676591" w:rsidRPr="00DE66DF">
        <w:rPr>
          <w:rFonts w:ascii="Times New Roman" w:hAnsi="Times New Roman" w:cs="Times New Roman"/>
          <w:b/>
          <w:sz w:val="24"/>
          <w:szCs w:val="24"/>
        </w:rPr>
        <w:t>Amenajare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trotuare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lângă</w:t>
      </w:r>
      <w:proofErr w:type="spellEnd"/>
      <w:r w:rsidR="00676591" w:rsidRPr="00DE66DF">
        <w:rPr>
          <w:rFonts w:ascii="Times New Roman" w:hAnsi="Times New Roman" w:cs="Times New Roman"/>
          <w:b/>
          <w:sz w:val="24"/>
          <w:szCs w:val="24"/>
        </w:rPr>
        <w:t xml:space="preserve"> DJ153C” – Strada </w:t>
      </w:r>
      <w:proofErr w:type="spellStart"/>
      <w:r w:rsidR="00676591" w:rsidRPr="00DE66DF">
        <w:rPr>
          <w:rFonts w:ascii="Times New Roman" w:hAnsi="Times New Roman" w:cs="Times New Roman"/>
          <w:b/>
          <w:sz w:val="24"/>
          <w:szCs w:val="24"/>
        </w:rPr>
        <w:t>Szent</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István</w:t>
      </w:r>
      <w:proofErr w:type="spellEnd"/>
      <w:r w:rsidR="00676591" w:rsidRPr="00DE66DF">
        <w:rPr>
          <w:rFonts w:ascii="Times New Roman" w:hAnsi="Times New Roman" w:cs="Times New Roman"/>
          <w:b/>
          <w:sz w:val="24"/>
          <w:szCs w:val="24"/>
        </w:rPr>
        <w:t xml:space="preserve"> (AX1 </w:t>
      </w:r>
      <w:proofErr w:type="spellStart"/>
      <w:r w:rsidR="00676591" w:rsidRPr="00DE66DF">
        <w:rPr>
          <w:rFonts w:ascii="Times New Roman" w:hAnsi="Times New Roman" w:cs="Times New Roman"/>
          <w:b/>
          <w:sz w:val="24"/>
          <w:szCs w:val="24"/>
        </w:rPr>
        <w:t>și</w:t>
      </w:r>
      <w:proofErr w:type="spellEnd"/>
      <w:r w:rsidR="00676591" w:rsidRPr="00DE66DF">
        <w:rPr>
          <w:rFonts w:ascii="Times New Roman" w:hAnsi="Times New Roman" w:cs="Times New Roman"/>
          <w:b/>
          <w:sz w:val="24"/>
          <w:szCs w:val="24"/>
        </w:rPr>
        <w:t xml:space="preserve"> AX2), </w:t>
      </w:r>
      <w:proofErr w:type="spellStart"/>
      <w:r w:rsidR="00676591" w:rsidRPr="00DE66DF">
        <w:rPr>
          <w:rFonts w:ascii="Times New Roman" w:hAnsi="Times New Roman" w:cs="Times New Roman"/>
          <w:b/>
          <w:sz w:val="24"/>
          <w:szCs w:val="24"/>
        </w:rPr>
        <w:t>Comuna</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Remetea</w:t>
      </w:r>
      <w:proofErr w:type="spellEnd"/>
      <w:r w:rsidR="00676591" w:rsidRPr="00DE66DF">
        <w:rPr>
          <w:rFonts w:ascii="Times New Roman" w:hAnsi="Times New Roman" w:cs="Times New Roman"/>
          <w:sz w:val="24"/>
          <w:szCs w:val="24"/>
        </w:rPr>
        <w:t xml:space="preserve"> </w:t>
      </w:r>
      <w:r w:rsidRPr="00DE66DF">
        <w:rPr>
          <w:rFonts w:ascii="Times New Roman" w:hAnsi="Times New Roman" w:cs="Times New Roman"/>
          <w:sz w:val="24"/>
          <w:szCs w:val="24"/>
        </w:rPr>
        <w:t xml:space="preserve">din </w:t>
      </w:r>
      <w:proofErr w:type="spellStart"/>
      <w:r w:rsidRPr="00DE66DF">
        <w:rPr>
          <w:rFonts w:ascii="Times New Roman" w:hAnsi="Times New Roman" w:cs="Times New Roman"/>
          <w:sz w:val="24"/>
          <w:szCs w:val="24"/>
        </w:rPr>
        <w:t>Comuna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Remetea</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Județul</w:t>
      </w:r>
      <w:proofErr w:type="spellEnd"/>
      <w:r w:rsidRPr="00DE66DF">
        <w:rPr>
          <w:rFonts w:ascii="Times New Roman" w:hAnsi="Times New Roman" w:cs="Times New Roman"/>
          <w:sz w:val="24"/>
          <w:szCs w:val="24"/>
        </w:rPr>
        <w:t xml:space="preserve"> </w:t>
      </w:r>
      <w:proofErr w:type="spellStart"/>
      <w:r w:rsidRPr="00DE66DF">
        <w:rPr>
          <w:rFonts w:ascii="Times New Roman" w:hAnsi="Times New Roman" w:cs="Times New Roman"/>
          <w:sz w:val="24"/>
          <w:szCs w:val="24"/>
        </w:rPr>
        <w:t>Harghita</w:t>
      </w:r>
      <w:proofErr w:type="spellEnd"/>
      <w:r w:rsidRPr="00DE66DF">
        <w:rPr>
          <w:rFonts w:ascii="Times New Roman" w:hAnsi="Times New Roman" w:cs="Times New Roman"/>
          <w:color w:val="000000"/>
          <w:sz w:val="24"/>
          <w:szCs w:val="24"/>
          <w:lang w:val="ro-RO"/>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temeiul</w:t>
      </w:r>
      <w:proofErr w:type="spellEnd"/>
      <w:r w:rsidRPr="00DE66DF">
        <w:rPr>
          <w:rFonts w:ascii="Times New Roman" w:hAnsi="Times New Roman" w:cs="Times New Roman"/>
          <w:color w:val="000000"/>
          <w:sz w:val="24"/>
          <w:szCs w:val="24"/>
          <w:lang w:val="hu-HU"/>
        </w:rPr>
        <w:t xml:space="preserve"> art. 59 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nr.98/2016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atribuirea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contractelor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sancţiunea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falsului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următoarele</w:t>
      </w:r>
      <w:proofErr w:type="spellEnd"/>
      <w:r w:rsidRPr="00DE66DF">
        <w:rPr>
          <w:rFonts w:ascii="Times New Roman" w:hAnsi="Times New Roman" w:cs="Times New Roman"/>
          <w:color w:val="000000"/>
          <w:sz w:val="24"/>
          <w:szCs w:val="24"/>
          <w:lang w:val="hu-HU"/>
        </w:rPr>
        <w:t>:</w:t>
      </w:r>
    </w:p>
    <w:p w14:paraId="38328870"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a) </w:t>
      </w:r>
      <w:proofErr w:type="spellStart"/>
      <w:r w:rsidRPr="00DE66DF">
        <w:rPr>
          <w:rFonts w:ascii="Times New Roman" w:hAnsi="Times New Roman" w:cs="Times New Roman"/>
          <w:color w:val="000000"/>
          <w:sz w:val="24"/>
          <w:szCs w:val="24"/>
          <w:lang w:val="hu-HU"/>
        </w:rPr>
        <w:t>eu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susţinători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subcontractanţi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propuşi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deţin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părţi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sociale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părţi</w:t>
      </w:r>
      <w:proofErr w:type="spellEnd"/>
      <w:r w:rsidRPr="00DE66DF">
        <w:rPr>
          <w:rFonts w:ascii="Times New Roman" w:hAnsi="Times New Roman" w:cs="Times New Roman"/>
          <w:color w:val="000000"/>
          <w:sz w:val="24"/>
          <w:szCs w:val="24"/>
          <w:lang w:val="hu-HU"/>
        </w:rPr>
        <w:t xml:space="preserve"> de interes, </w:t>
      </w:r>
      <w:proofErr w:type="spellStart"/>
      <w:r w:rsidRPr="00DE66DF">
        <w:rPr>
          <w:rFonts w:ascii="Times New Roman" w:hAnsi="Times New Roman" w:cs="Times New Roman"/>
          <w:color w:val="000000"/>
          <w:sz w:val="24"/>
          <w:szCs w:val="24"/>
          <w:lang w:val="hu-HU"/>
        </w:rPr>
        <w:t>acţiuni</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capitalul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subscris</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persoanelor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fac</w:t>
      </w:r>
      <w:proofErr w:type="spellEnd"/>
      <w:r w:rsidRPr="00DE66DF">
        <w:rPr>
          <w:rFonts w:ascii="Times New Roman" w:hAnsi="Times New Roman" w:cs="Times New Roman"/>
          <w:color w:val="000000"/>
          <w:sz w:val="24"/>
          <w:szCs w:val="24"/>
          <w:lang w:val="hu-HU"/>
        </w:rPr>
        <w:t xml:space="preserve"> parte din </w:t>
      </w:r>
      <w:proofErr w:type="spellStart"/>
      <w:r w:rsidRPr="00DE66DF">
        <w:rPr>
          <w:rFonts w:ascii="Times New Roman" w:hAnsi="Times New Roman" w:cs="Times New Roman"/>
          <w:color w:val="000000"/>
          <w:sz w:val="24"/>
          <w:szCs w:val="24"/>
          <w:lang w:val="hu-HU"/>
        </w:rPr>
        <w:t>consiliul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administraţie</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organul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conducere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supervizare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subunitatilor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sale</w:t>
      </w:r>
      <w:proofErr w:type="spellEnd"/>
      <w:r w:rsidRPr="00DE66DF">
        <w:rPr>
          <w:rFonts w:ascii="Times New Roman" w:hAnsi="Times New Roman" w:cs="Times New Roman"/>
          <w:color w:val="000000"/>
          <w:sz w:val="24"/>
          <w:szCs w:val="24"/>
          <w:lang w:val="hu-HU"/>
        </w:rPr>
        <w:t>;</w:t>
      </w:r>
    </w:p>
    <w:p w14:paraId="05A90B6E"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b) </w:t>
      </w:r>
      <w:proofErr w:type="spellStart"/>
      <w:r w:rsidRPr="00DE66DF">
        <w:rPr>
          <w:rFonts w:ascii="Times New Roman" w:hAnsi="Times New Roman" w:cs="Times New Roman"/>
          <w:color w:val="000000"/>
          <w:sz w:val="24"/>
          <w:szCs w:val="24"/>
          <w:lang w:val="hu-HU"/>
        </w:rPr>
        <w:t>eu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susţinători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subcontractanţi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propuşi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este </w:t>
      </w:r>
      <w:proofErr w:type="spellStart"/>
      <w:r w:rsidRPr="00DE66DF">
        <w:rPr>
          <w:rFonts w:ascii="Times New Roman" w:hAnsi="Times New Roman" w:cs="Times New Roman"/>
          <w:color w:val="000000"/>
          <w:sz w:val="24"/>
          <w:szCs w:val="24"/>
          <w:lang w:val="hu-HU"/>
        </w:rPr>
        <w:t>este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soţ</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soţie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rudă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afin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până</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gradul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doilea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inclusiv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fac</w:t>
      </w:r>
      <w:proofErr w:type="spellEnd"/>
      <w:r w:rsidRPr="00DE66DF">
        <w:rPr>
          <w:rFonts w:ascii="Times New Roman" w:hAnsi="Times New Roman" w:cs="Times New Roman"/>
          <w:color w:val="000000"/>
          <w:sz w:val="24"/>
          <w:szCs w:val="24"/>
          <w:lang w:val="hu-HU"/>
        </w:rPr>
        <w:t xml:space="preserve"> parte din </w:t>
      </w:r>
      <w:proofErr w:type="spellStart"/>
      <w:r w:rsidRPr="00DE66DF">
        <w:rPr>
          <w:rFonts w:ascii="Times New Roman" w:hAnsi="Times New Roman" w:cs="Times New Roman"/>
          <w:color w:val="000000"/>
          <w:sz w:val="24"/>
          <w:szCs w:val="24"/>
          <w:lang w:val="hu-HU"/>
        </w:rPr>
        <w:t>consiliul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administraţie</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organul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conducere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supervizare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Comunei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subunitatilor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sale</w:t>
      </w:r>
      <w:proofErr w:type="spellEnd"/>
      <w:r w:rsidRPr="00DE66DF">
        <w:rPr>
          <w:rFonts w:ascii="Times New Roman" w:hAnsi="Times New Roman" w:cs="Times New Roman"/>
          <w:color w:val="000000"/>
          <w:sz w:val="24"/>
          <w:szCs w:val="24"/>
          <w:lang w:val="hu-HU"/>
        </w:rPr>
        <w:t>;</w:t>
      </w:r>
    </w:p>
    <w:p w14:paraId="41282D2A"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c) </w:t>
      </w:r>
      <w:proofErr w:type="spellStart"/>
      <w:r w:rsidRPr="00DE66DF">
        <w:rPr>
          <w:rFonts w:ascii="Times New Roman" w:hAnsi="Times New Roman" w:cs="Times New Roman"/>
          <w:color w:val="000000"/>
          <w:sz w:val="24"/>
          <w:szCs w:val="24"/>
          <w:lang w:val="hu-HU"/>
        </w:rPr>
        <w:t>eu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susţinători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subcontractanţi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propuşi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avem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direct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indirect</w:t>
      </w:r>
      <w:proofErr w:type="spellEnd"/>
      <w:r w:rsidRPr="00DE66DF">
        <w:rPr>
          <w:rFonts w:ascii="Times New Roman" w:hAnsi="Times New Roman" w:cs="Times New Roman"/>
          <w:color w:val="000000"/>
          <w:sz w:val="24"/>
          <w:szCs w:val="24"/>
          <w:lang w:val="hu-HU"/>
        </w:rPr>
        <w:t xml:space="preserve">, un interes </w:t>
      </w:r>
      <w:proofErr w:type="spellStart"/>
      <w:r w:rsidRPr="00DE66DF">
        <w:rPr>
          <w:rFonts w:ascii="Times New Roman" w:hAnsi="Times New Roman" w:cs="Times New Roman"/>
          <w:color w:val="000000"/>
          <w:sz w:val="24"/>
          <w:szCs w:val="24"/>
          <w:lang w:val="hu-HU"/>
        </w:rPr>
        <w:t>personal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financiar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altă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natură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ne </w:t>
      </w:r>
      <w:proofErr w:type="spellStart"/>
      <w:r w:rsidRPr="00DE66DF">
        <w:rPr>
          <w:rFonts w:ascii="Times New Roman" w:hAnsi="Times New Roman" w:cs="Times New Roman"/>
          <w:color w:val="000000"/>
          <w:sz w:val="24"/>
          <w:szCs w:val="24"/>
          <w:lang w:val="hu-HU"/>
        </w:rPr>
        <w:t>aflăm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w:t>
      </w:r>
      <w:proofErr w:type="spellEnd"/>
      <w:r w:rsidRPr="00DE66DF">
        <w:rPr>
          <w:rFonts w:ascii="Times New Roman" w:hAnsi="Times New Roman" w:cs="Times New Roman"/>
          <w:color w:val="000000"/>
          <w:sz w:val="24"/>
          <w:szCs w:val="24"/>
          <w:lang w:val="hu-HU"/>
        </w:rPr>
        <w:t xml:space="preserve">-o </w:t>
      </w:r>
      <w:proofErr w:type="spellStart"/>
      <w:r w:rsidRPr="00DE66DF">
        <w:rPr>
          <w:rFonts w:ascii="Times New Roman" w:hAnsi="Times New Roman" w:cs="Times New Roman"/>
          <w:color w:val="000000"/>
          <w:sz w:val="24"/>
          <w:szCs w:val="24"/>
          <w:lang w:val="hu-HU"/>
        </w:rPr>
        <w:t>altă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situaţie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natură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afecteze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independenţa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imparţialitatea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parcursul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procesului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evaluare</w:t>
      </w:r>
      <w:proofErr w:type="spellEnd"/>
      <w:r w:rsidRPr="00DE66DF">
        <w:rPr>
          <w:rFonts w:ascii="Times New Roman" w:hAnsi="Times New Roman" w:cs="Times New Roman"/>
          <w:color w:val="000000"/>
          <w:sz w:val="24"/>
          <w:szCs w:val="24"/>
          <w:lang w:val="hu-HU"/>
        </w:rPr>
        <w:t>;</w:t>
      </w:r>
    </w:p>
    <w:p w14:paraId="3D59728F"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d) </w:t>
      </w:r>
      <w:proofErr w:type="spellStart"/>
      <w:r w:rsidRPr="00DE66DF">
        <w:rPr>
          <w:rFonts w:ascii="Times New Roman" w:hAnsi="Times New Roman" w:cs="Times New Roman"/>
          <w:color w:val="000000"/>
          <w:sz w:val="24"/>
          <w:szCs w:val="24"/>
          <w:lang w:val="hu-HU"/>
        </w:rPr>
        <w:t>eu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susţinători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subcontractanţi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propuşi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avem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drept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membri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consiliului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administraţie</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organul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conducere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supervizare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avem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acţionari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asociaţi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semnificativi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soţ</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soţie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rudă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afin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până</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gradul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doilea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inclusiv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se </w:t>
      </w:r>
      <w:proofErr w:type="spellStart"/>
      <w:r w:rsidRPr="00DE66DF">
        <w:rPr>
          <w:rFonts w:ascii="Times New Roman" w:hAnsi="Times New Roman" w:cs="Times New Roman"/>
          <w:color w:val="000000"/>
          <w:sz w:val="24"/>
          <w:szCs w:val="24"/>
          <w:lang w:val="hu-HU"/>
        </w:rPr>
        <w:t>află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relaţii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comerciale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funcţii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decizie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subunitatile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implicate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w:t>
      </w:r>
    </w:p>
    <w:p w14:paraId="2B8CAAAC"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e) </w:t>
      </w:r>
      <w:proofErr w:type="spellStart"/>
      <w:r w:rsidRPr="00DE66DF">
        <w:rPr>
          <w:rFonts w:ascii="Times New Roman" w:hAnsi="Times New Roman" w:cs="Times New Roman"/>
          <w:color w:val="000000"/>
          <w:sz w:val="24"/>
          <w:szCs w:val="24"/>
          <w:lang w:val="hu-HU"/>
        </w:rPr>
        <w:t>eu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susţinători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subcontractanţi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propuşi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nominalizat</w:t>
      </w:r>
      <w:proofErr w:type="spellEnd"/>
      <w:r w:rsidRPr="00DE66DF">
        <w:rPr>
          <w:rFonts w:ascii="Times New Roman" w:hAnsi="Times New Roman" w:cs="Times New Roman"/>
          <w:color w:val="000000"/>
          <w:sz w:val="24"/>
          <w:szCs w:val="24"/>
          <w:lang w:val="hu-HU"/>
        </w:rPr>
        <w:t xml:space="preserve"> printre </w:t>
      </w:r>
      <w:proofErr w:type="spellStart"/>
      <w:r w:rsidRPr="00DE66DF">
        <w:rPr>
          <w:rFonts w:ascii="Times New Roman" w:hAnsi="Times New Roman" w:cs="Times New Roman"/>
          <w:color w:val="000000"/>
          <w:sz w:val="24"/>
          <w:szCs w:val="24"/>
          <w:lang w:val="hu-HU"/>
        </w:rPr>
        <w:t>principalele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desemnate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executarea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soţ</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soţie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rudă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afin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până</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gradul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doilea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inclusiv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se </w:t>
      </w:r>
      <w:proofErr w:type="spellStart"/>
      <w:r w:rsidRPr="00DE66DF">
        <w:rPr>
          <w:rFonts w:ascii="Times New Roman" w:hAnsi="Times New Roman" w:cs="Times New Roman"/>
          <w:color w:val="000000"/>
          <w:sz w:val="24"/>
          <w:szCs w:val="24"/>
          <w:lang w:val="hu-HU"/>
        </w:rPr>
        <w:t>află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relaţii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comerciale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funcţii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decizie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subunitatile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implicate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w:t>
      </w:r>
    </w:p>
    <w:p w14:paraId="4E7C5057" w14:textId="2D397ADC"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lastRenderedPageBreak/>
        <w:t xml:space="preserve">2. </w:t>
      </w: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/a </w:t>
      </w:r>
      <w:r w:rsidR="005A061B">
        <w:rPr>
          <w:rFonts w:ascii="Times New Roman" w:hAnsi="Times New Roman" w:cs="Times New Roman"/>
          <w:color w:val="000000"/>
          <w:sz w:val="24"/>
          <w:szCs w:val="24"/>
          <w:lang w:val="hu-HU"/>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voi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imediat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dacă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interveni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modificări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punct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parcursul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derulării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procedurii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contractului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cazul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vom</w:t>
      </w:r>
      <w:proofErr w:type="spellEnd"/>
      <w:r w:rsidRPr="00DE66DF">
        <w:rPr>
          <w:rFonts w:ascii="Times New Roman" w:hAnsi="Times New Roman" w:cs="Times New Roman"/>
          <w:color w:val="000000"/>
          <w:sz w:val="24"/>
          <w:szCs w:val="24"/>
          <w:lang w:val="hu-HU"/>
        </w:rPr>
        <w:t xml:space="preserve"> fi </w:t>
      </w:r>
      <w:proofErr w:type="spellStart"/>
      <w:r w:rsidRPr="00DE66DF">
        <w:rPr>
          <w:rFonts w:ascii="Times New Roman" w:hAnsi="Times New Roman" w:cs="Times New Roman"/>
          <w:color w:val="000000"/>
          <w:sz w:val="24"/>
          <w:szCs w:val="24"/>
          <w:lang w:val="hu-HU"/>
        </w:rPr>
        <w:t>desemnaţi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câştigători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parcursul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derulării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w:t>
      </w:r>
    </w:p>
    <w:p w14:paraId="1222FADE"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3. De </w:t>
      </w:r>
      <w:proofErr w:type="spellStart"/>
      <w:r w:rsidRPr="00DE66DF">
        <w:rPr>
          <w:rFonts w:ascii="Times New Roman" w:hAnsi="Times New Roman" w:cs="Times New Roman"/>
          <w:color w:val="000000"/>
          <w:sz w:val="24"/>
          <w:szCs w:val="24"/>
          <w:lang w:val="hu-HU"/>
        </w:rPr>
        <w:t>asemenea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furnizate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corecte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fiecare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detaliu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înţeleg</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dreptul</w:t>
      </w:r>
      <w:proofErr w:type="spellEnd"/>
      <w:r w:rsidRPr="00DE66DF">
        <w:rPr>
          <w:rFonts w:ascii="Times New Roman" w:hAnsi="Times New Roman" w:cs="Times New Roman"/>
          <w:color w:val="000000"/>
          <w:sz w:val="24"/>
          <w:szCs w:val="24"/>
          <w:lang w:val="hu-HU"/>
        </w:rPr>
        <w:t xml:space="preserve"> de a </w:t>
      </w:r>
      <w:proofErr w:type="spellStart"/>
      <w:r w:rsidRPr="00DE66DF">
        <w:rPr>
          <w:rFonts w:ascii="Times New Roman" w:hAnsi="Times New Roman" w:cs="Times New Roman"/>
          <w:color w:val="000000"/>
          <w:sz w:val="24"/>
          <w:szCs w:val="24"/>
          <w:lang w:val="hu-HU"/>
        </w:rPr>
        <w:t>solicita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scopul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verificării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confirmării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situaţiilor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însoţesc</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suplimentare</w:t>
      </w:r>
      <w:proofErr w:type="spellEnd"/>
      <w:r w:rsidRPr="00DE66DF">
        <w:rPr>
          <w:rFonts w:ascii="Times New Roman" w:hAnsi="Times New Roman" w:cs="Times New Roman"/>
          <w:color w:val="000000"/>
          <w:sz w:val="24"/>
          <w:szCs w:val="24"/>
          <w:lang w:val="hu-HU"/>
        </w:rPr>
        <w:t>.</w:t>
      </w:r>
    </w:p>
    <w:p w14:paraId="62FEC14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4. </w:t>
      </w: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/a </w:t>
      </w:r>
      <w:proofErr w:type="spellStart"/>
      <w:r w:rsidRPr="00DE66DF">
        <w:rPr>
          <w:rFonts w:ascii="Times New Roman" w:hAnsi="Times New Roman" w:cs="Times New Roman"/>
          <w:color w:val="000000"/>
          <w:sz w:val="24"/>
          <w:szCs w:val="24"/>
          <w:lang w:val="hu-HU"/>
        </w:rPr>
        <w:t>autorizez</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instituţie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societate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comercială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bancă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juridice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furnizeze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reprezentanţilor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autorizaţi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Directiei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Silvice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Harghita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privire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aspect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tehnic</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financiar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legătură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activitatea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noastră</w:t>
      </w:r>
      <w:proofErr w:type="spellEnd"/>
      <w:r w:rsidRPr="00DE66DF">
        <w:rPr>
          <w:rFonts w:ascii="Times New Roman" w:hAnsi="Times New Roman" w:cs="Times New Roman"/>
          <w:color w:val="000000"/>
          <w:sz w:val="24"/>
          <w:szCs w:val="24"/>
          <w:lang w:val="hu-HU"/>
        </w:rPr>
        <w:t>.</w:t>
      </w:r>
    </w:p>
    <w:p w14:paraId="6249CE8E" w14:textId="59EFB882"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Data </w:t>
      </w:r>
      <w:proofErr w:type="spellStart"/>
      <w:r w:rsidRPr="00DE66DF">
        <w:rPr>
          <w:rFonts w:ascii="Times New Roman" w:hAnsi="Times New Roman" w:cs="Times New Roman"/>
          <w:color w:val="000000"/>
          <w:sz w:val="24"/>
          <w:szCs w:val="24"/>
          <w:lang w:val="hu-HU"/>
        </w:rPr>
        <w:t>completării</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p>
    <w:p w14:paraId="448610E7"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6643364C"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w:t>
      </w:r>
    </w:p>
    <w:p w14:paraId="551BBDF9" w14:textId="6BBE931F" w:rsidR="00676591" w:rsidRDefault="005A061B" w:rsidP="00A6603C">
      <w:pPr>
        <w:autoSpaceDE w:val="0"/>
        <w:spacing w:after="0" w:line="360" w:lineRule="auto"/>
        <w:jc w:val="center"/>
        <w:rPr>
          <w:rFonts w:ascii="Times New Roman" w:hAnsi="Times New Roman" w:cs="Times New Roman"/>
          <w:i/>
          <w:iCs/>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i/>
          <w:iCs/>
          <w:color w:val="000000"/>
          <w:sz w:val="24"/>
          <w:szCs w:val="24"/>
          <w:lang w:val="hu-HU"/>
        </w:rPr>
        <w:t xml:space="preserve"> </w:t>
      </w:r>
    </w:p>
    <w:p w14:paraId="4249BDAB" w14:textId="26DF06FC"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semnatura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autorizată</w:t>
      </w:r>
      <w:proofErr w:type="spellEnd"/>
      <w:r w:rsidRPr="00DE66DF">
        <w:rPr>
          <w:rFonts w:ascii="Times New Roman" w:hAnsi="Times New Roman" w:cs="Times New Roman"/>
          <w:i/>
          <w:iCs/>
          <w:color w:val="000000"/>
          <w:sz w:val="24"/>
          <w:szCs w:val="24"/>
          <w:lang w:val="hu-HU"/>
        </w:rPr>
        <w:t>)</w:t>
      </w:r>
    </w:p>
    <w:p w14:paraId="21FE3326"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FFCED1B"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1520F669"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C99C634"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2558B3D"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46CB6E8A"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055C73A3"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46CCDCFA"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3C463577"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6C7DFD7B"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38723D10"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119D5F83"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5D65F01E"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AB98C56"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B498620"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3EAB4D05"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4CB69906"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14195DB7"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p>
    <w:p w14:paraId="246077A7" w14:textId="0778BF9E" w:rsidR="00DE66DF" w:rsidRDefault="005A061B" w:rsidP="00A6603C">
      <w:pPr>
        <w:autoSpaceDE w:val="0"/>
        <w:spacing w:after="0" w:line="360" w:lineRule="auto"/>
        <w:jc w:val="both"/>
        <w:rPr>
          <w:rFonts w:ascii="Times New Roman" w:hAnsi="Times New Roman" w:cs="Times New Roman"/>
          <w:sz w:val="24"/>
          <w:lang w:val="ro-RO"/>
        </w:rPr>
      </w:pPr>
      <w:r>
        <w:rPr>
          <w:rFonts w:ascii="Times New Roman" w:hAnsi="Times New Roman" w:cs="Times New Roman"/>
          <w:sz w:val="24"/>
          <w:lang w:val="ro-RO"/>
        </w:rPr>
        <w:lastRenderedPageBreak/>
        <w:t>...........................................</w:t>
      </w:r>
    </w:p>
    <w:p w14:paraId="01F4EA73" w14:textId="77777777" w:rsidR="00676591" w:rsidRPr="00DE66DF" w:rsidRDefault="00676591" w:rsidP="00A6603C">
      <w:pPr>
        <w:autoSpaceDE w:val="0"/>
        <w:spacing w:after="0" w:line="360" w:lineRule="auto"/>
        <w:jc w:val="both"/>
        <w:rPr>
          <w:rFonts w:ascii="Times New Roman" w:hAnsi="Times New Roman" w:cs="Times New Roman"/>
          <w:b/>
          <w:bCs/>
          <w:color w:val="000000"/>
          <w:sz w:val="24"/>
          <w:szCs w:val="24"/>
          <w:lang w:val="hu-HU"/>
        </w:rPr>
      </w:pPr>
    </w:p>
    <w:p w14:paraId="23DB0CF9"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DECLARAŢIE</w:t>
      </w:r>
    </w:p>
    <w:p w14:paraId="258D74FD"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roofErr w:type="spellStart"/>
      <w:r w:rsidRPr="00DE66DF">
        <w:rPr>
          <w:rFonts w:ascii="Times New Roman" w:hAnsi="Times New Roman" w:cs="Times New Roman"/>
          <w:b/>
          <w:bCs/>
          <w:color w:val="000000"/>
          <w:sz w:val="24"/>
          <w:szCs w:val="24"/>
          <w:lang w:val="hu-HU"/>
        </w:rPr>
        <w:t>privind</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neîncadrarea</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în</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situaţiile</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prevăzute</w:t>
      </w:r>
      <w:proofErr w:type="spellEnd"/>
      <w:r w:rsidRPr="00DE66DF">
        <w:rPr>
          <w:rFonts w:ascii="Times New Roman" w:hAnsi="Times New Roman" w:cs="Times New Roman"/>
          <w:b/>
          <w:bCs/>
          <w:color w:val="000000"/>
          <w:sz w:val="24"/>
          <w:szCs w:val="24"/>
          <w:lang w:val="hu-HU"/>
        </w:rPr>
        <w:t xml:space="preserve"> la art. 165 </w:t>
      </w:r>
      <w:proofErr w:type="spellStart"/>
      <w:r w:rsidRPr="00DE66DF">
        <w:rPr>
          <w:rFonts w:ascii="Times New Roman" w:hAnsi="Times New Roman" w:cs="Times New Roman"/>
          <w:b/>
          <w:bCs/>
          <w:color w:val="000000"/>
          <w:sz w:val="24"/>
          <w:szCs w:val="24"/>
          <w:lang w:val="hu-HU"/>
        </w:rPr>
        <w:t>si</w:t>
      </w:r>
      <w:proofErr w:type="spellEnd"/>
      <w:r w:rsidRPr="00DE66DF">
        <w:rPr>
          <w:rFonts w:ascii="Times New Roman" w:hAnsi="Times New Roman" w:cs="Times New Roman"/>
          <w:b/>
          <w:bCs/>
          <w:color w:val="000000"/>
          <w:sz w:val="24"/>
          <w:szCs w:val="24"/>
          <w:lang w:val="hu-HU"/>
        </w:rPr>
        <w:t xml:space="preserve"> 167</w:t>
      </w:r>
    </w:p>
    <w:p w14:paraId="3ECDE128"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 xml:space="preserve">din </w:t>
      </w:r>
      <w:proofErr w:type="spellStart"/>
      <w:r w:rsidRPr="00DE66DF">
        <w:rPr>
          <w:rFonts w:ascii="Times New Roman" w:hAnsi="Times New Roman" w:cs="Times New Roman"/>
          <w:b/>
          <w:bCs/>
          <w:color w:val="000000"/>
          <w:sz w:val="24"/>
          <w:szCs w:val="24"/>
          <w:lang w:val="hu-HU"/>
        </w:rPr>
        <w:t>Legea</w:t>
      </w:r>
      <w:proofErr w:type="spellEnd"/>
      <w:r w:rsidRPr="00DE66DF">
        <w:rPr>
          <w:rFonts w:ascii="Times New Roman" w:hAnsi="Times New Roman" w:cs="Times New Roman"/>
          <w:b/>
          <w:bCs/>
          <w:color w:val="000000"/>
          <w:sz w:val="24"/>
          <w:szCs w:val="24"/>
          <w:lang w:val="hu-HU"/>
        </w:rPr>
        <w:t xml:space="preserve"> 98/2016</w:t>
      </w:r>
    </w:p>
    <w:p w14:paraId="7B438DCD" w14:textId="63A10116" w:rsidR="00DE66DF" w:rsidRPr="00DE66DF" w:rsidRDefault="00DE66DF" w:rsidP="00A6603C">
      <w:pPr>
        <w:autoSpaceDE w:val="0"/>
        <w:spacing w:after="0" w:line="360" w:lineRule="auto"/>
        <w:rPr>
          <w:rFonts w:ascii="Times New Roman" w:hAnsi="Times New Roman" w:cs="Times New Roman"/>
          <w:kern w:val="3"/>
          <w:sz w:val="24"/>
          <w:szCs w:val="24"/>
        </w:rPr>
      </w:pP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(a) </w:t>
      </w:r>
      <w:r w:rsidR="005A061B">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calitate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ofertant</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b/>
          <w:bCs/>
          <w:color w:val="000000"/>
          <w:sz w:val="24"/>
          <w:szCs w:val="24"/>
          <w:lang w:val="hu-HU"/>
        </w:rPr>
        <w:t>achizitie</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directa</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achiziţia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kern w:val="36"/>
          <w:sz w:val="24"/>
          <w:szCs w:val="24"/>
          <w:lang w:val="hu-HU"/>
        </w:rPr>
        <w:t>Execu</w:t>
      </w:r>
      <w:r w:rsidRPr="00DE66DF">
        <w:rPr>
          <w:rFonts w:ascii="Times New Roman" w:hAnsi="Times New Roman" w:cs="Times New Roman"/>
          <w:color w:val="000000"/>
          <w:kern w:val="36"/>
          <w:sz w:val="24"/>
          <w:szCs w:val="24"/>
        </w:rPr>
        <w:t>ția</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lucrări</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în</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cadrul</w:t>
      </w:r>
      <w:proofErr w:type="spellEnd"/>
      <w:r w:rsidRPr="00DE66DF">
        <w:rPr>
          <w:rFonts w:ascii="Times New Roman" w:hAnsi="Times New Roman" w:cs="Times New Roman"/>
          <w:color w:val="000000"/>
          <w:kern w:val="36"/>
          <w:sz w:val="24"/>
          <w:szCs w:val="24"/>
        </w:rPr>
        <w:t xml:space="preserve"> </w:t>
      </w:r>
      <w:proofErr w:type="spellStart"/>
      <w:r w:rsidRPr="00DE66DF">
        <w:rPr>
          <w:rFonts w:ascii="Times New Roman" w:hAnsi="Times New Roman" w:cs="Times New Roman"/>
          <w:color w:val="000000"/>
          <w:kern w:val="36"/>
          <w:sz w:val="24"/>
          <w:szCs w:val="24"/>
        </w:rPr>
        <w:t>proiectului</w:t>
      </w:r>
      <w:proofErr w:type="spellEnd"/>
      <w:r w:rsidRPr="00DE66DF">
        <w:rPr>
          <w:rFonts w:ascii="Times New Roman" w:hAnsi="Times New Roman" w:cs="Times New Roman"/>
          <w:color w:val="000000"/>
          <w:kern w:val="36"/>
          <w:sz w:val="24"/>
          <w:szCs w:val="24"/>
        </w:rPr>
        <w:t xml:space="preserve"> </w:t>
      </w:r>
      <w:proofErr w:type="spellStart"/>
      <w:r w:rsidR="00676591" w:rsidRPr="00DE66DF">
        <w:rPr>
          <w:rFonts w:ascii="Times New Roman" w:hAnsi="Times New Roman" w:cs="Times New Roman"/>
          <w:b/>
          <w:sz w:val="24"/>
          <w:szCs w:val="24"/>
        </w:rPr>
        <w:t>Amenajare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trotuare</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lângă</w:t>
      </w:r>
      <w:proofErr w:type="spellEnd"/>
      <w:r w:rsidR="00676591" w:rsidRPr="00DE66DF">
        <w:rPr>
          <w:rFonts w:ascii="Times New Roman" w:hAnsi="Times New Roman" w:cs="Times New Roman"/>
          <w:b/>
          <w:sz w:val="24"/>
          <w:szCs w:val="24"/>
        </w:rPr>
        <w:t xml:space="preserve"> DJ153C” – Strada </w:t>
      </w:r>
      <w:proofErr w:type="spellStart"/>
      <w:r w:rsidR="00676591" w:rsidRPr="00DE66DF">
        <w:rPr>
          <w:rFonts w:ascii="Times New Roman" w:hAnsi="Times New Roman" w:cs="Times New Roman"/>
          <w:b/>
          <w:sz w:val="24"/>
          <w:szCs w:val="24"/>
        </w:rPr>
        <w:t>Szent</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István</w:t>
      </w:r>
      <w:proofErr w:type="spellEnd"/>
      <w:r w:rsidR="00676591" w:rsidRPr="00DE66DF">
        <w:rPr>
          <w:rFonts w:ascii="Times New Roman" w:hAnsi="Times New Roman" w:cs="Times New Roman"/>
          <w:b/>
          <w:sz w:val="24"/>
          <w:szCs w:val="24"/>
        </w:rPr>
        <w:t xml:space="preserve"> (AX1 </w:t>
      </w:r>
      <w:proofErr w:type="spellStart"/>
      <w:r w:rsidR="00676591" w:rsidRPr="00DE66DF">
        <w:rPr>
          <w:rFonts w:ascii="Times New Roman" w:hAnsi="Times New Roman" w:cs="Times New Roman"/>
          <w:b/>
          <w:sz w:val="24"/>
          <w:szCs w:val="24"/>
        </w:rPr>
        <w:t>și</w:t>
      </w:r>
      <w:proofErr w:type="spellEnd"/>
      <w:r w:rsidR="00676591" w:rsidRPr="00DE66DF">
        <w:rPr>
          <w:rFonts w:ascii="Times New Roman" w:hAnsi="Times New Roman" w:cs="Times New Roman"/>
          <w:b/>
          <w:sz w:val="24"/>
          <w:szCs w:val="24"/>
        </w:rPr>
        <w:t xml:space="preserve"> AX2), </w:t>
      </w:r>
      <w:proofErr w:type="spellStart"/>
      <w:r w:rsidR="00676591" w:rsidRPr="00DE66DF">
        <w:rPr>
          <w:rFonts w:ascii="Times New Roman" w:hAnsi="Times New Roman" w:cs="Times New Roman"/>
          <w:b/>
          <w:sz w:val="24"/>
          <w:szCs w:val="24"/>
        </w:rPr>
        <w:t>Comuna</w:t>
      </w:r>
      <w:proofErr w:type="spellEnd"/>
      <w:r w:rsidR="00676591" w:rsidRPr="00DE66DF">
        <w:rPr>
          <w:rFonts w:ascii="Times New Roman" w:hAnsi="Times New Roman" w:cs="Times New Roman"/>
          <w:b/>
          <w:sz w:val="24"/>
          <w:szCs w:val="24"/>
        </w:rPr>
        <w:t xml:space="preserve"> </w:t>
      </w:r>
      <w:proofErr w:type="spellStart"/>
      <w:r w:rsidR="00676591" w:rsidRPr="00DE66DF">
        <w:rPr>
          <w:rFonts w:ascii="Times New Roman" w:hAnsi="Times New Roman" w:cs="Times New Roman"/>
          <w:b/>
          <w:sz w:val="24"/>
          <w:szCs w:val="24"/>
        </w:rPr>
        <w:t>Remetea</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data</w:t>
      </w:r>
      <w:proofErr w:type="spellEnd"/>
      <w:r w:rsidRPr="00DE66DF">
        <w:rPr>
          <w:rFonts w:ascii="Times New Roman" w:hAnsi="Times New Roman" w:cs="Times New Roman"/>
          <w:color w:val="000000"/>
          <w:sz w:val="24"/>
          <w:szCs w:val="24"/>
          <w:lang w:val="hu-HU"/>
        </w:rPr>
        <w:t xml:space="preserve"> de </w:t>
      </w:r>
      <w:r w:rsidR="00676591">
        <w:rPr>
          <w:rFonts w:ascii="Times New Roman" w:hAnsi="Times New Roman" w:cs="Times New Roman"/>
          <w:b/>
          <w:bCs/>
          <w:color w:val="000000"/>
          <w:sz w:val="24"/>
          <w:szCs w:val="24"/>
          <w:lang w:val="hu-HU"/>
        </w:rPr>
        <w:t>05.10.2026</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organizată</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Comuna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w:t>
      </w:r>
    </w:p>
    <w:p w14:paraId="69A3DC3E"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1. </w:t>
      </w:r>
      <w:proofErr w:type="spellStart"/>
      <w:r w:rsidRPr="00DE66DF">
        <w:rPr>
          <w:rFonts w:ascii="Times New Roman" w:hAnsi="Times New Roman" w:cs="Times New Roman"/>
          <w:b/>
          <w:bCs/>
          <w:color w:val="000000"/>
          <w:sz w:val="24"/>
          <w:szCs w:val="24"/>
          <w:lang w:val="hu-HU"/>
        </w:rPr>
        <w:t>Nu</w:t>
      </w:r>
      <w:proofErr w:type="spellEnd"/>
      <w:r w:rsidRPr="00DE66DF">
        <w:rPr>
          <w:rFonts w:ascii="Times New Roman" w:hAnsi="Times New Roman" w:cs="Times New Roman"/>
          <w:b/>
          <w:bCs/>
          <w:color w:val="000000"/>
          <w:sz w:val="24"/>
          <w:szCs w:val="24"/>
          <w:lang w:val="hu-HU"/>
        </w:rPr>
        <w:t xml:space="preserve"> ne-am </w:t>
      </w:r>
      <w:proofErr w:type="spellStart"/>
      <w:r w:rsidRPr="00DE66DF">
        <w:rPr>
          <w:rFonts w:ascii="Times New Roman" w:hAnsi="Times New Roman" w:cs="Times New Roman"/>
          <w:color w:val="000000"/>
          <w:sz w:val="24"/>
          <w:szCs w:val="24"/>
          <w:lang w:val="hu-HU"/>
        </w:rPr>
        <w:t>încălcat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plata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impozitelor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taxelor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contribuţiilor</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bugetul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general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consolidat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lucru</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stabilit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printr</w:t>
      </w:r>
      <w:proofErr w:type="spellEnd"/>
      <w:r w:rsidRPr="00DE66DF">
        <w:rPr>
          <w:rFonts w:ascii="Times New Roman" w:hAnsi="Times New Roman" w:cs="Times New Roman"/>
          <w:color w:val="000000"/>
          <w:sz w:val="24"/>
          <w:szCs w:val="24"/>
          <w:lang w:val="hu-HU"/>
        </w:rPr>
        <w:t xml:space="preserve">-o </w:t>
      </w:r>
      <w:proofErr w:type="spellStart"/>
      <w:r w:rsidRPr="00DE66DF">
        <w:rPr>
          <w:rFonts w:ascii="Times New Roman" w:hAnsi="Times New Roman" w:cs="Times New Roman"/>
          <w:color w:val="000000"/>
          <w:sz w:val="24"/>
          <w:szCs w:val="24"/>
          <w:lang w:val="hu-HU"/>
        </w:rPr>
        <w:t>hotărâre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judecătorească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decizie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administrativă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având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caracter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definitiv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obligatoriu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conformitate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statului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este </w:t>
      </w:r>
      <w:proofErr w:type="spellStart"/>
      <w:r w:rsidRPr="00DE66DF">
        <w:rPr>
          <w:rFonts w:ascii="Times New Roman" w:hAnsi="Times New Roman" w:cs="Times New Roman"/>
          <w:color w:val="000000"/>
          <w:sz w:val="24"/>
          <w:szCs w:val="24"/>
          <w:lang w:val="hu-HU"/>
        </w:rPr>
        <w:t>înfiinţat</w:t>
      </w:r>
      <w:proofErr w:type="spellEnd"/>
      <w:r w:rsidRPr="00DE66DF">
        <w:rPr>
          <w:rFonts w:ascii="Times New Roman" w:hAnsi="Times New Roman" w:cs="Times New Roman"/>
          <w:color w:val="000000"/>
          <w:sz w:val="24"/>
          <w:szCs w:val="24"/>
          <w:lang w:val="hu-HU"/>
        </w:rPr>
        <w:t>.</w:t>
      </w:r>
    </w:p>
    <w:p w14:paraId="4E453095"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2. </w:t>
      </w:r>
      <w:proofErr w:type="spellStart"/>
      <w:r w:rsidRPr="00DE66DF">
        <w:rPr>
          <w:rFonts w:ascii="Times New Roman" w:hAnsi="Times New Roman" w:cs="Times New Roman"/>
          <w:b/>
          <w:bCs/>
          <w:color w:val="000000"/>
          <w:sz w:val="24"/>
          <w:szCs w:val="24"/>
          <w:lang w:val="hu-HU"/>
        </w:rPr>
        <w:t>Nu</w:t>
      </w:r>
      <w:proofErr w:type="spellEnd"/>
      <w:r w:rsidRPr="00DE66DF">
        <w:rPr>
          <w:rFonts w:ascii="Times New Roman" w:hAnsi="Times New Roman" w:cs="Times New Roman"/>
          <w:b/>
          <w:bCs/>
          <w:color w:val="000000"/>
          <w:sz w:val="24"/>
          <w:szCs w:val="24"/>
          <w:lang w:val="hu-HU"/>
        </w:rPr>
        <w:t xml:space="preserve"> ne </w:t>
      </w:r>
      <w:proofErr w:type="spellStart"/>
      <w:r w:rsidRPr="00DE66DF">
        <w:rPr>
          <w:rFonts w:ascii="Times New Roman" w:hAnsi="Times New Roman" w:cs="Times New Roman"/>
          <w:b/>
          <w:bCs/>
          <w:color w:val="000000"/>
          <w:sz w:val="24"/>
          <w:szCs w:val="24"/>
          <w:lang w:val="hu-HU"/>
        </w:rPr>
        <w:t>aflam</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următoarele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situaţii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prevazute</w:t>
      </w:r>
      <w:proofErr w:type="spellEnd"/>
      <w:r w:rsidRPr="00DE66DF">
        <w:rPr>
          <w:rFonts w:ascii="Times New Roman" w:hAnsi="Times New Roman" w:cs="Times New Roman"/>
          <w:color w:val="000000"/>
          <w:sz w:val="24"/>
          <w:szCs w:val="24"/>
          <w:lang w:val="hu-HU"/>
        </w:rPr>
        <w:t xml:space="preserve"> de art. 167 (1) din </w:t>
      </w:r>
      <w:proofErr w:type="spellStart"/>
      <w:r w:rsidRPr="00DE66DF">
        <w:rPr>
          <w:rFonts w:ascii="Times New Roman" w:hAnsi="Times New Roman" w:cs="Times New Roman"/>
          <w:color w:val="000000"/>
          <w:sz w:val="24"/>
          <w:szCs w:val="24"/>
          <w:lang w:val="hu-HU"/>
        </w:rPr>
        <w:t>Legea</w:t>
      </w:r>
      <w:proofErr w:type="spellEnd"/>
      <w:r w:rsidRPr="00DE66DF">
        <w:rPr>
          <w:rFonts w:ascii="Times New Roman" w:hAnsi="Times New Roman" w:cs="Times New Roman"/>
          <w:color w:val="000000"/>
          <w:sz w:val="24"/>
          <w:szCs w:val="24"/>
          <w:lang w:val="hu-HU"/>
        </w:rPr>
        <w:t xml:space="preserve"> 98/2016, </w:t>
      </w:r>
      <w:proofErr w:type="spellStart"/>
      <w:r w:rsidRPr="00DE66DF">
        <w:rPr>
          <w:rFonts w:ascii="Times New Roman" w:hAnsi="Times New Roman" w:cs="Times New Roman"/>
          <w:color w:val="000000"/>
          <w:sz w:val="24"/>
          <w:szCs w:val="24"/>
          <w:lang w:val="hu-HU"/>
        </w:rPr>
        <w:t>respectiv</w:t>
      </w:r>
      <w:proofErr w:type="spellEnd"/>
      <w:r w:rsidRPr="00DE66DF">
        <w:rPr>
          <w:rFonts w:ascii="Times New Roman" w:hAnsi="Times New Roman" w:cs="Times New Roman"/>
          <w:color w:val="000000"/>
          <w:sz w:val="24"/>
          <w:szCs w:val="24"/>
          <w:lang w:val="hu-HU"/>
        </w:rPr>
        <w:t>:</w:t>
      </w:r>
    </w:p>
    <w:p w14:paraId="4F6599D9"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a)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încălcat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stabilite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potrivit</w:t>
      </w:r>
      <w:proofErr w:type="spellEnd"/>
      <w:r w:rsidRPr="00DE66DF">
        <w:rPr>
          <w:rFonts w:ascii="Times New Roman" w:hAnsi="Times New Roman" w:cs="Times New Roman"/>
          <w:color w:val="000000"/>
          <w:sz w:val="24"/>
          <w:szCs w:val="24"/>
          <w:lang w:val="hu-HU"/>
        </w:rPr>
        <w:t xml:space="preserve"> </w:t>
      </w:r>
      <w:r w:rsidRPr="00DE66DF">
        <w:rPr>
          <w:rFonts w:ascii="Times New Roman" w:hAnsi="Times New Roman" w:cs="Times New Roman"/>
          <w:b/>
          <w:bCs/>
          <w:color w:val="FF6600"/>
          <w:sz w:val="24"/>
          <w:szCs w:val="24"/>
          <w:lang w:val="hu-HU"/>
        </w:rPr>
        <w:t>art. 51</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demonstra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lucru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mijloc</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probă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adecvat</w:t>
      </w:r>
      <w:proofErr w:type="spellEnd"/>
      <w:r w:rsidRPr="00DE66DF">
        <w:rPr>
          <w:rFonts w:ascii="Times New Roman" w:hAnsi="Times New Roman" w:cs="Times New Roman"/>
          <w:color w:val="000000"/>
          <w:sz w:val="24"/>
          <w:szCs w:val="24"/>
          <w:lang w:val="hu-HU"/>
        </w:rPr>
        <w:t xml:space="preserve">, cum </w:t>
      </w:r>
      <w:proofErr w:type="spellStart"/>
      <w:r w:rsidRPr="00DE66DF">
        <w:rPr>
          <w:rFonts w:ascii="Times New Roman" w:hAnsi="Times New Roman" w:cs="Times New Roman"/>
          <w:color w:val="000000"/>
          <w:sz w:val="24"/>
          <w:szCs w:val="24"/>
          <w:lang w:val="hu-HU"/>
        </w:rPr>
        <w:t>ar</w:t>
      </w:r>
      <w:proofErr w:type="spellEnd"/>
      <w:r w:rsidRPr="00DE66DF">
        <w:rPr>
          <w:rFonts w:ascii="Times New Roman" w:hAnsi="Times New Roman" w:cs="Times New Roman"/>
          <w:color w:val="000000"/>
          <w:sz w:val="24"/>
          <w:szCs w:val="24"/>
          <w:lang w:val="hu-HU"/>
        </w:rPr>
        <w:t xml:space="preserve"> fi </w:t>
      </w:r>
      <w:proofErr w:type="spellStart"/>
      <w:r w:rsidRPr="00DE66DF">
        <w:rPr>
          <w:rFonts w:ascii="Times New Roman" w:hAnsi="Times New Roman" w:cs="Times New Roman"/>
          <w:color w:val="000000"/>
          <w:sz w:val="24"/>
          <w:szCs w:val="24"/>
          <w:lang w:val="hu-HU"/>
        </w:rPr>
        <w:t>decizii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autorităţilor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competente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se </w:t>
      </w:r>
      <w:proofErr w:type="spellStart"/>
      <w:r w:rsidRPr="00DE66DF">
        <w:rPr>
          <w:rFonts w:ascii="Times New Roman" w:hAnsi="Times New Roman" w:cs="Times New Roman"/>
          <w:color w:val="000000"/>
          <w:sz w:val="24"/>
          <w:szCs w:val="24"/>
          <w:lang w:val="hu-HU"/>
        </w:rPr>
        <w:t>constată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încălcarea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obligaţii</w:t>
      </w:r>
      <w:proofErr w:type="spellEnd"/>
      <w:r w:rsidRPr="00DE66DF">
        <w:rPr>
          <w:rFonts w:ascii="Times New Roman" w:hAnsi="Times New Roman" w:cs="Times New Roman"/>
          <w:color w:val="000000"/>
          <w:sz w:val="24"/>
          <w:szCs w:val="24"/>
          <w:lang w:val="hu-HU"/>
        </w:rPr>
        <w:t>;</w:t>
      </w:r>
    </w:p>
    <w:p w14:paraId="07CBEBE2"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b) </w:t>
      </w:r>
      <w:r w:rsidRPr="00DE66DF">
        <w:rPr>
          <w:rFonts w:ascii="Times New Roman" w:hAnsi="Times New Roman" w:cs="Times New Roman"/>
          <w:color w:val="000000"/>
          <w:sz w:val="24"/>
          <w:szCs w:val="24"/>
          <w:lang w:val="hu-HU"/>
        </w:rPr>
        <w:t xml:space="preserve">se ne </w:t>
      </w:r>
      <w:proofErr w:type="spellStart"/>
      <w:r w:rsidRPr="00DE66DF">
        <w:rPr>
          <w:rFonts w:ascii="Times New Roman" w:hAnsi="Times New Roman" w:cs="Times New Roman"/>
          <w:color w:val="000000"/>
          <w:sz w:val="24"/>
          <w:szCs w:val="24"/>
          <w:lang w:val="hu-HU"/>
        </w:rPr>
        <w:t>aflăm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insolvenţei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lichidare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supraveghere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judiciară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încetarea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activităţii</w:t>
      </w:r>
      <w:proofErr w:type="spellEnd"/>
      <w:r w:rsidRPr="00DE66DF">
        <w:rPr>
          <w:rFonts w:ascii="Times New Roman" w:hAnsi="Times New Roman" w:cs="Times New Roman"/>
          <w:color w:val="000000"/>
          <w:sz w:val="24"/>
          <w:szCs w:val="24"/>
          <w:lang w:val="hu-HU"/>
        </w:rPr>
        <w:t>;</w:t>
      </w:r>
    </w:p>
    <w:p w14:paraId="3524EC9B"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c)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comis</w:t>
      </w:r>
      <w:proofErr w:type="spellEnd"/>
      <w:r w:rsidRPr="00DE66DF">
        <w:rPr>
          <w:rFonts w:ascii="Times New Roman" w:hAnsi="Times New Roman" w:cs="Times New Roman"/>
          <w:color w:val="000000"/>
          <w:sz w:val="24"/>
          <w:szCs w:val="24"/>
          <w:lang w:val="hu-HU"/>
        </w:rPr>
        <w:t xml:space="preserve"> o </w:t>
      </w:r>
      <w:proofErr w:type="spellStart"/>
      <w:r w:rsidRPr="00DE66DF">
        <w:rPr>
          <w:rFonts w:ascii="Times New Roman" w:hAnsi="Times New Roman" w:cs="Times New Roman"/>
          <w:color w:val="000000"/>
          <w:sz w:val="24"/>
          <w:szCs w:val="24"/>
          <w:lang w:val="hu-HU"/>
        </w:rPr>
        <w:t>abatere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profesională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gravă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discuţie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integritatea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demonstra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lucru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mijloc</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probă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adecvat</w:t>
      </w:r>
      <w:proofErr w:type="spellEnd"/>
      <w:r w:rsidRPr="00DE66DF">
        <w:rPr>
          <w:rFonts w:ascii="Times New Roman" w:hAnsi="Times New Roman" w:cs="Times New Roman"/>
          <w:color w:val="000000"/>
          <w:sz w:val="24"/>
          <w:szCs w:val="24"/>
          <w:lang w:val="hu-HU"/>
        </w:rPr>
        <w:t xml:space="preserve">, cum </w:t>
      </w:r>
      <w:proofErr w:type="spellStart"/>
      <w:r w:rsidRPr="00DE66DF">
        <w:rPr>
          <w:rFonts w:ascii="Times New Roman" w:hAnsi="Times New Roman" w:cs="Times New Roman"/>
          <w:color w:val="000000"/>
          <w:sz w:val="24"/>
          <w:szCs w:val="24"/>
          <w:lang w:val="hu-HU"/>
        </w:rPr>
        <w:t>ar</w:t>
      </w:r>
      <w:proofErr w:type="spellEnd"/>
      <w:r w:rsidRPr="00DE66DF">
        <w:rPr>
          <w:rFonts w:ascii="Times New Roman" w:hAnsi="Times New Roman" w:cs="Times New Roman"/>
          <w:color w:val="000000"/>
          <w:sz w:val="24"/>
          <w:szCs w:val="24"/>
          <w:lang w:val="hu-HU"/>
        </w:rPr>
        <w:t xml:space="preserve"> fi o </w:t>
      </w:r>
      <w:proofErr w:type="spellStart"/>
      <w:r w:rsidRPr="00DE66DF">
        <w:rPr>
          <w:rFonts w:ascii="Times New Roman" w:hAnsi="Times New Roman" w:cs="Times New Roman"/>
          <w:color w:val="000000"/>
          <w:sz w:val="24"/>
          <w:szCs w:val="24"/>
          <w:lang w:val="hu-HU"/>
        </w:rPr>
        <w:t>decizie</w:t>
      </w:r>
      <w:proofErr w:type="spellEnd"/>
      <w:r w:rsidRPr="00DE66DF">
        <w:rPr>
          <w:rFonts w:ascii="Times New Roman" w:hAnsi="Times New Roman" w:cs="Times New Roman"/>
          <w:color w:val="000000"/>
          <w:sz w:val="24"/>
          <w:szCs w:val="24"/>
          <w:lang w:val="hu-HU"/>
        </w:rPr>
        <w:t xml:space="preserve"> </w:t>
      </w:r>
      <w:proofErr w:type="gramStart"/>
      <w:r w:rsidRPr="00DE66DF">
        <w:rPr>
          <w:rFonts w:ascii="Times New Roman" w:hAnsi="Times New Roman" w:cs="Times New Roman"/>
          <w:color w:val="000000"/>
          <w:sz w:val="24"/>
          <w:szCs w:val="24"/>
          <w:lang w:val="hu-HU"/>
        </w:rPr>
        <w:t>a</w:t>
      </w:r>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instanţe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judecătoreşti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unei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autorităţi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administrative</w:t>
      </w:r>
      <w:proofErr w:type="spellEnd"/>
      <w:r w:rsidRPr="00DE66DF">
        <w:rPr>
          <w:rFonts w:ascii="Times New Roman" w:hAnsi="Times New Roman" w:cs="Times New Roman"/>
          <w:color w:val="000000"/>
          <w:sz w:val="24"/>
          <w:szCs w:val="24"/>
          <w:lang w:val="hu-HU"/>
        </w:rPr>
        <w:t>;</w:t>
      </w:r>
    </w:p>
    <w:p w14:paraId="6495D64A"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d)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încheiat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alţi</w:t>
      </w:r>
      <w:proofErr w:type="spellEnd"/>
      <w:r w:rsidRPr="00DE66DF">
        <w:rPr>
          <w:rFonts w:ascii="Times New Roman" w:hAnsi="Times New Roman" w:cs="Times New Roman"/>
          <w:color w:val="000000"/>
          <w:sz w:val="24"/>
          <w:szCs w:val="24"/>
          <w:lang w:val="hu-HU"/>
        </w:rPr>
        <w:t xml:space="preserve"> operatori </w:t>
      </w:r>
      <w:proofErr w:type="spellStart"/>
      <w:r w:rsidRPr="00DE66DF">
        <w:rPr>
          <w:rFonts w:ascii="Times New Roman" w:hAnsi="Times New Roman" w:cs="Times New Roman"/>
          <w:color w:val="000000"/>
          <w:sz w:val="24"/>
          <w:szCs w:val="24"/>
          <w:lang w:val="hu-HU"/>
        </w:rPr>
        <w:t>economici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acorduri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vizează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denaturarea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concurenţei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legătură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cauză</w:t>
      </w:r>
      <w:proofErr w:type="spellEnd"/>
      <w:r w:rsidRPr="00DE66DF">
        <w:rPr>
          <w:rFonts w:ascii="Times New Roman" w:hAnsi="Times New Roman" w:cs="Times New Roman"/>
          <w:color w:val="000000"/>
          <w:sz w:val="24"/>
          <w:szCs w:val="24"/>
          <w:lang w:val="hu-HU"/>
        </w:rPr>
        <w:t>;</w:t>
      </w:r>
    </w:p>
    <w:p w14:paraId="634AC8DF"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ne </w:t>
      </w:r>
      <w:proofErr w:type="spellStart"/>
      <w:r w:rsidRPr="00DE66DF">
        <w:rPr>
          <w:rFonts w:ascii="Times New Roman" w:hAnsi="Times New Roman" w:cs="Times New Roman"/>
          <w:color w:val="000000"/>
          <w:sz w:val="24"/>
          <w:szCs w:val="24"/>
          <w:lang w:val="hu-HU"/>
        </w:rPr>
        <w:t>aflăm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w:t>
      </w:r>
      <w:proofErr w:type="spellEnd"/>
      <w:r w:rsidRPr="00DE66DF">
        <w:rPr>
          <w:rFonts w:ascii="Times New Roman" w:hAnsi="Times New Roman" w:cs="Times New Roman"/>
          <w:color w:val="000000"/>
          <w:sz w:val="24"/>
          <w:szCs w:val="24"/>
          <w:lang w:val="hu-HU"/>
        </w:rPr>
        <w:t xml:space="preserve">-o </w:t>
      </w:r>
      <w:proofErr w:type="spellStart"/>
      <w:r w:rsidRPr="00DE66DF">
        <w:rPr>
          <w:rFonts w:ascii="Times New Roman" w:hAnsi="Times New Roman" w:cs="Times New Roman"/>
          <w:color w:val="000000"/>
          <w:sz w:val="24"/>
          <w:szCs w:val="24"/>
          <w:lang w:val="hu-HU"/>
        </w:rPr>
        <w:t>situaţie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conflict</w:t>
      </w:r>
      <w:proofErr w:type="spellEnd"/>
      <w:r w:rsidRPr="00DE66DF">
        <w:rPr>
          <w:rFonts w:ascii="Times New Roman" w:hAnsi="Times New Roman" w:cs="Times New Roman"/>
          <w:color w:val="000000"/>
          <w:sz w:val="24"/>
          <w:szCs w:val="24"/>
          <w:lang w:val="hu-HU"/>
        </w:rPr>
        <w:t xml:space="preserve"> de interese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legătură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cauză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această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situaţie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poate</w:t>
      </w:r>
      <w:proofErr w:type="spellEnd"/>
      <w:r w:rsidRPr="00DE66DF">
        <w:rPr>
          <w:rFonts w:ascii="Times New Roman" w:hAnsi="Times New Roman" w:cs="Times New Roman"/>
          <w:color w:val="000000"/>
          <w:sz w:val="24"/>
          <w:szCs w:val="24"/>
          <w:lang w:val="hu-HU"/>
        </w:rPr>
        <w:t xml:space="preserve"> fi </w:t>
      </w:r>
      <w:proofErr w:type="spellStart"/>
      <w:r w:rsidRPr="00DE66DF">
        <w:rPr>
          <w:rFonts w:ascii="Times New Roman" w:hAnsi="Times New Roman" w:cs="Times New Roman"/>
          <w:color w:val="000000"/>
          <w:sz w:val="24"/>
          <w:szCs w:val="24"/>
          <w:lang w:val="hu-HU"/>
        </w:rPr>
        <w:t>remediată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efectiv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măsuri</w:t>
      </w:r>
      <w:proofErr w:type="spellEnd"/>
      <w:r w:rsidRPr="00DE66DF">
        <w:rPr>
          <w:rFonts w:ascii="Times New Roman" w:hAnsi="Times New Roman" w:cs="Times New Roman"/>
          <w:color w:val="000000"/>
          <w:sz w:val="24"/>
          <w:szCs w:val="24"/>
          <w:lang w:val="hu-HU"/>
        </w:rPr>
        <w:t xml:space="preserve"> mai </w:t>
      </w:r>
      <w:proofErr w:type="spellStart"/>
      <w:r w:rsidRPr="00DE66DF">
        <w:rPr>
          <w:rFonts w:ascii="Times New Roman" w:hAnsi="Times New Roman" w:cs="Times New Roman"/>
          <w:color w:val="000000"/>
          <w:sz w:val="24"/>
          <w:szCs w:val="24"/>
          <w:lang w:val="hu-HU"/>
        </w:rPr>
        <w:t>puţin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severe</w:t>
      </w:r>
      <w:proofErr w:type="spellEnd"/>
      <w:r w:rsidRPr="00DE66DF">
        <w:rPr>
          <w:rFonts w:ascii="Times New Roman" w:hAnsi="Times New Roman" w:cs="Times New Roman"/>
          <w:color w:val="000000"/>
          <w:sz w:val="24"/>
          <w:szCs w:val="24"/>
          <w:lang w:val="hu-HU"/>
        </w:rPr>
        <w:t>;</w:t>
      </w:r>
    </w:p>
    <w:p w14:paraId="4708F3BE"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f)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participat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anterioar</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pregătirea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procedurii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condus</w:t>
      </w:r>
      <w:proofErr w:type="spellEnd"/>
      <w:r w:rsidRPr="00DE66DF">
        <w:rPr>
          <w:rFonts w:ascii="Times New Roman" w:hAnsi="Times New Roman" w:cs="Times New Roman"/>
          <w:color w:val="000000"/>
          <w:sz w:val="24"/>
          <w:szCs w:val="24"/>
          <w:lang w:val="hu-HU"/>
        </w:rPr>
        <w:t xml:space="preserve"> la o </w:t>
      </w:r>
      <w:proofErr w:type="spellStart"/>
      <w:r w:rsidRPr="00DE66DF">
        <w:rPr>
          <w:rFonts w:ascii="Times New Roman" w:hAnsi="Times New Roman" w:cs="Times New Roman"/>
          <w:color w:val="000000"/>
          <w:sz w:val="24"/>
          <w:szCs w:val="24"/>
          <w:lang w:val="hu-HU"/>
        </w:rPr>
        <w:t>distorsionare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concurenţei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această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situaţie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poate</w:t>
      </w:r>
      <w:proofErr w:type="spellEnd"/>
      <w:r w:rsidRPr="00DE66DF">
        <w:rPr>
          <w:rFonts w:ascii="Times New Roman" w:hAnsi="Times New Roman" w:cs="Times New Roman"/>
          <w:color w:val="000000"/>
          <w:sz w:val="24"/>
          <w:szCs w:val="24"/>
          <w:lang w:val="hu-HU"/>
        </w:rPr>
        <w:t xml:space="preserve"> fi </w:t>
      </w:r>
      <w:proofErr w:type="spellStart"/>
      <w:r w:rsidRPr="00DE66DF">
        <w:rPr>
          <w:rFonts w:ascii="Times New Roman" w:hAnsi="Times New Roman" w:cs="Times New Roman"/>
          <w:color w:val="000000"/>
          <w:sz w:val="24"/>
          <w:szCs w:val="24"/>
          <w:lang w:val="hu-HU"/>
        </w:rPr>
        <w:t>remediată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măsuri</w:t>
      </w:r>
      <w:proofErr w:type="spellEnd"/>
      <w:r w:rsidRPr="00DE66DF">
        <w:rPr>
          <w:rFonts w:ascii="Times New Roman" w:hAnsi="Times New Roman" w:cs="Times New Roman"/>
          <w:color w:val="000000"/>
          <w:sz w:val="24"/>
          <w:szCs w:val="24"/>
          <w:lang w:val="hu-HU"/>
        </w:rPr>
        <w:t xml:space="preserve"> mai </w:t>
      </w:r>
      <w:proofErr w:type="spellStart"/>
      <w:r w:rsidRPr="00DE66DF">
        <w:rPr>
          <w:rFonts w:ascii="Times New Roman" w:hAnsi="Times New Roman" w:cs="Times New Roman"/>
          <w:color w:val="000000"/>
          <w:sz w:val="24"/>
          <w:szCs w:val="24"/>
          <w:lang w:val="hu-HU"/>
        </w:rPr>
        <w:t>puţin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severe</w:t>
      </w:r>
      <w:proofErr w:type="spellEnd"/>
      <w:r w:rsidRPr="00DE66DF">
        <w:rPr>
          <w:rFonts w:ascii="Times New Roman" w:hAnsi="Times New Roman" w:cs="Times New Roman"/>
          <w:color w:val="000000"/>
          <w:sz w:val="24"/>
          <w:szCs w:val="24"/>
          <w:lang w:val="hu-HU"/>
        </w:rPr>
        <w:t>;</w:t>
      </w:r>
    </w:p>
    <w:p w14:paraId="3D7BACF8"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g)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ne-am </w:t>
      </w:r>
      <w:proofErr w:type="spellStart"/>
      <w:r w:rsidRPr="00DE66DF">
        <w:rPr>
          <w:rFonts w:ascii="Times New Roman" w:hAnsi="Times New Roman" w:cs="Times New Roman"/>
          <w:color w:val="000000"/>
          <w:sz w:val="24"/>
          <w:szCs w:val="24"/>
          <w:lang w:val="hu-HU"/>
        </w:rPr>
        <w:t>încălcat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grav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repetat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principale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w:t>
      </w:r>
      <w:proofErr w:type="spellEnd"/>
      <w:r w:rsidRPr="00DE66DF">
        <w:rPr>
          <w:rFonts w:ascii="Times New Roman" w:hAnsi="Times New Roman" w:cs="Times New Roman"/>
          <w:color w:val="000000"/>
          <w:sz w:val="24"/>
          <w:szCs w:val="24"/>
          <w:lang w:val="hu-HU"/>
        </w:rPr>
        <w:t xml:space="preserve">-i </w:t>
      </w:r>
      <w:proofErr w:type="spellStart"/>
      <w:r w:rsidRPr="00DE66DF">
        <w:rPr>
          <w:rFonts w:ascii="Times New Roman" w:hAnsi="Times New Roman" w:cs="Times New Roman"/>
          <w:color w:val="000000"/>
          <w:sz w:val="24"/>
          <w:szCs w:val="24"/>
          <w:lang w:val="hu-HU"/>
        </w:rPr>
        <w:t>reveneau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achiziţii</w:t>
      </w:r>
      <w:proofErr w:type="spellEnd"/>
    </w:p>
    <w:p w14:paraId="4CA783FA"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lastRenderedPageBreak/>
        <w:t>publice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sectoriale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unui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concesiune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încheiate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anterior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încălcări</w:t>
      </w:r>
      <w:proofErr w:type="spellEnd"/>
      <w:r w:rsidRPr="00DE66DF">
        <w:rPr>
          <w:rFonts w:ascii="Times New Roman" w:hAnsi="Times New Roman" w:cs="Times New Roman"/>
          <w:color w:val="000000"/>
          <w:sz w:val="24"/>
          <w:szCs w:val="24"/>
          <w:lang w:val="hu-HU"/>
        </w:rPr>
        <w:t xml:space="preserve"> au </w:t>
      </w:r>
      <w:proofErr w:type="spellStart"/>
      <w:r w:rsidRPr="00DE66DF">
        <w:rPr>
          <w:rFonts w:ascii="Times New Roman" w:hAnsi="Times New Roman" w:cs="Times New Roman"/>
          <w:color w:val="000000"/>
          <w:sz w:val="24"/>
          <w:szCs w:val="24"/>
          <w:lang w:val="hu-HU"/>
        </w:rPr>
        <w:t>dus</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încetarea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anticipată</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respectivului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plata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daune</w:t>
      </w:r>
      <w:proofErr w:type="spellEnd"/>
      <w:r w:rsidRPr="00DE66DF">
        <w:rPr>
          <w:rFonts w:ascii="Times New Roman" w:hAnsi="Times New Roman" w:cs="Times New Roman"/>
          <w:color w:val="000000"/>
          <w:sz w:val="24"/>
          <w:szCs w:val="24"/>
          <w:lang w:val="hu-HU"/>
        </w:rPr>
        <w:t xml:space="preserve">-interese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sancţiuni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comparabile</w:t>
      </w:r>
      <w:proofErr w:type="spellEnd"/>
      <w:r w:rsidRPr="00DE66DF">
        <w:rPr>
          <w:rFonts w:ascii="Times New Roman" w:hAnsi="Times New Roman" w:cs="Times New Roman"/>
          <w:color w:val="000000"/>
          <w:sz w:val="24"/>
          <w:szCs w:val="24"/>
          <w:lang w:val="hu-HU"/>
        </w:rPr>
        <w:t>;</w:t>
      </w:r>
    </w:p>
    <w:p w14:paraId="517EFE83" w14:textId="77777777" w:rsidR="00DE66DF" w:rsidRPr="00DE66DF" w:rsidRDefault="00DE66DF" w:rsidP="00A6603C">
      <w:pPr>
        <w:autoSpaceDE w:val="0"/>
        <w:spacing w:after="0" w:line="360" w:lineRule="auto"/>
        <w:jc w:val="both"/>
        <w:rPr>
          <w:rFonts w:ascii="Times New Roman" w:hAnsi="Times New Roman" w:cs="Times New Roman"/>
          <w:kern w:val="3"/>
          <w:sz w:val="24"/>
          <w:szCs w:val="24"/>
          <w:lang w:val="hu-HU"/>
        </w:rPr>
      </w:pPr>
      <w:r w:rsidRPr="00DE66DF">
        <w:rPr>
          <w:rFonts w:ascii="Times New Roman" w:hAnsi="Times New Roman" w:cs="Times New Roman"/>
          <w:b/>
          <w:bCs/>
          <w:color w:val="000000"/>
          <w:sz w:val="24"/>
          <w:szCs w:val="24"/>
          <w:lang w:val="hu-HU"/>
        </w:rPr>
        <w:t xml:space="preserve">h)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ne </w:t>
      </w:r>
      <w:proofErr w:type="spellStart"/>
      <w:r w:rsidRPr="00DE66DF">
        <w:rPr>
          <w:rFonts w:ascii="Times New Roman" w:hAnsi="Times New Roman" w:cs="Times New Roman"/>
          <w:color w:val="000000"/>
          <w:sz w:val="24"/>
          <w:szCs w:val="24"/>
          <w:lang w:val="hu-HU"/>
        </w:rPr>
        <w:t>facem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vinovati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declaraţii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false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conţinutul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transmise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solicitarea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autorităţii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scopul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verificării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absenţei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motivelor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excludere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îndeplinirii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criteriilor</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calificare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selecţie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prezentat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este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măsură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prezinte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justificative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solicitate</w:t>
      </w:r>
      <w:proofErr w:type="spellEnd"/>
      <w:r w:rsidRPr="00DE66DF">
        <w:rPr>
          <w:rFonts w:ascii="Times New Roman" w:hAnsi="Times New Roman" w:cs="Times New Roman"/>
          <w:color w:val="000000"/>
          <w:sz w:val="24"/>
          <w:szCs w:val="24"/>
          <w:lang w:val="hu-HU"/>
        </w:rPr>
        <w:t>;</w:t>
      </w:r>
    </w:p>
    <w:p w14:paraId="0FF6C8A0" w14:textId="77777777"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color w:val="000000"/>
          <w:sz w:val="24"/>
          <w:szCs w:val="24"/>
          <w:lang w:val="hu-HU"/>
        </w:rPr>
        <w:t xml:space="preserve">i)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încercat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influenţam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nelegal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decizional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autorităţii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obţină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confidenţiale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i-</w:t>
      </w:r>
      <w:proofErr w:type="spellStart"/>
      <w:r w:rsidRPr="00DE66DF">
        <w:rPr>
          <w:rFonts w:ascii="Times New Roman" w:hAnsi="Times New Roman" w:cs="Times New Roman"/>
          <w:color w:val="000000"/>
          <w:sz w:val="24"/>
          <w:szCs w:val="24"/>
          <w:lang w:val="hu-HU"/>
        </w:rPr>
        <w:t>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conferi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avantaje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nejustificate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procedurii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furnizat</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neglijenţă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eronate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pot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avea</w:t>
      </w:r>
      <w:proofErr w:type="spellEnd"/>
      <w:r w:rsidRPr="00DE66DF">
        <w:rPr>
          <w:rFonts w:ascii="Times New Roman" w:hAnsi="Times New Roman" w:cs="Times New Roman"/>
          <w:color w:val="000000"/>
          <w:sz w:val="24"/>
          <w:szCs w:val="24"/>
          <w:lang w:val="hu-HU"/>
        </w:rPr>
        <w:t xml:space="preserve"> o </w:t>
      </w:r>
      <w:proofErr w:type="spellStart"/>
      <w:r w:rsidRPr="00DE66DF">
        <w:rPr>
          <w:rFonts w:ascii="Times New Roman" w:hAnsi="Times New Roman" w:cs="Times New Roman"/>
          <w:color w:val="000000"/>
          <w:sz w:val="24"/>
          <w:szCs w:val="24"/>
          <w:lang w:val="hu-HU"/>
        </w:rPr>
        <w:t>influenţă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semnificativă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asupra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deciziilor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autorităţii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excluderea</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respectivului</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selectarea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acestuia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atribuirea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acordului-cadru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respectivul</w:t>
      </w:r>
      <w:proofErr w:type="spellEnd"/>
      <w:r w:rsidRPr="00DE66DF">
        <w:rPr>
          <w:rFonts w:ascii="Times New Roman" w:hAnsi="Times New Roman" w:cs="Times New Roman"/>
          <w:color w:val="000000"/>
          <w:sz w:val="24"/>
          <w:szCs w:val="24"/>
          <w:lang w:val="hu-HU"/>
        </w:rPr>
        <w:t xml:space="preserve"> operator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w:t>
      </w:r>
    </w:p>
    <w:p w14:paraId="097B5E39"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5CDA57BE"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furnizate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corecte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fiecare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detaliu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înţeleg</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dreptul</w:t>
      </w:r>
      <w:proofErr w:type="spellEnd"/>
      <w:r w:rsidRPr="00DE66DF">
        <w:rPr>
          <w:rFonts w:ascii="Times New Roman" w:hAnsi="Times New Roman" w:cs="Times New Roman"/>
          <w:color w:val="000000"/>
          <w:sz w:val="24"/>
          <w:szCs w:val="24"/>
          <w:lang w:val="hu-HU"/>
        </w:rPr>
        <w:t xml:space="preserve"> de a </w:t>
      </w:r>
      <w:proofErr w:type="spellStart"/>
      <w:r w:rsidRPr="00DE66DF">
        <w:rPr>
          <w:rFonts w:ascii="Times New Roman" w:hAnsi="Times New Roman" w:cs="Times New Roman"/>
          <w:color w:val="000000"/>
          <w:sz w:val="24"/>
          <w:szCs w:val="24"/>
          <w:lang w:val="hu-HU"/>
        </w:rPr>
        <w:t>solicita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scopul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verificării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confirmării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doveditoare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dispunem</w:t>
      </w:r>
      <w:proofErr w:type="spellEnd"/>
      <w:r w:rsidRPr="00DE66DF">
        <w:rPr>
          <w:rFonts w:ascii="Times New Roman" w:hAnsi="Times New Roman" w:cs="Times New Roman"/>
          <w:color w:val="000000"/>
          <w:sz w:val="24"/>
          <w:szCs w:val="24"/>
          <w:lang w:val="hu-HU"/>
        </w:rPr>
        <w:t>.</w:t>
      </w:r>
    </w:p>
    <w:p w14:paraId="3F650637"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Înteleg</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cazul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această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este </w:t>
      </w:r>
      <w:proofErr w:type="spellStart"/>
      <w:r w:rsidRPr="00DE66DF">
        <w:rPr>
          <w:rFonts w:ascii="Times New Roman" w:hAnsi="Times New Roman" w:cs="Times New Roman"/>
          <w:color w:val="000000"/>
          <w:sz w:val="24"/>
          <w:szCs w:val="24"/>
          <w:lang w:val="hu-HU"/>
        </w:rPr>
        <w:t>conformă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realitatea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pasibil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încălcarea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prevederilor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legislaţiei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privind</w:t>
      </w:r>
      <w:proofErr w:type="spellEnd"/>
      <w:r w:rsidRPr="00DE66DF">
        <w:rPr>
          <w:rFonts w:ascii="Times New Roman" w:hAnsi="Times New Roman" w:cs="Times New Roman"/>
          <w:color w:val="000000"/>
          <w:sz w:val="24"/>
          <w:szCs w:val="24"/>
          <w:lang w:val="hu-HU"/>
        </w:rPr>
        <w:t xml:space="preserve"> falsul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w:t>
      </w:r>
      <w:proofErr w:type="spellEnd"/>
      <w:r w:rsidRPr="00DE66DF">
        <w:rPr>
          <w:rFonts w:ascii="Times New Roman" w:hAnsi="Times New Roman" w:cs="Times New Roman"/>
          <w:color w:val="000000"/>
          <w:sz w:val="24"/>
          <w:szCs w:val="24"/>
          <w:lang w:val="hu-HU"/>
        </w:rPr>
        <w:t>.</w:t>
      </w:r>
    </w:p>
    <w:p w14:paraId="21AC3EEE"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67F6E6DB" w14:textId="77777777" w:rsidR="00DE66DF" w:rsidRPr="00DE66DF" w:rsidRDefault="00DE66DF" w:rsidP="00A6603C">
      <w:pPr>
        <w:autoSpaceDE w:val="0"/>
        <w:spacing w:after="0" w:line="360" w:lineRule="auto"/>
        <w:jc w:val="center"/>
        <w:rPr>
          <w:rFonts w:ascii="Times New Roman" w:hAnsi="Times New Roman" w:cs="Times New Roman"/>
          <w:i/>
          <w:iCs/>
          <w:color w:val="000000"/>
          <w:sz w:val="24"/>
          <w:szCs w:val="24"/>
          <w:lang w:val="hu-HU"/>
        </w:rPr>
      </w:pPr>
      <w:r w:rsidRPr="00DE66DF">
        <w:rPr>
          <w:rFonts w:ascii="Times New Roman" w:hAnsi="Times New Roman" w:cs="Times New Roman"/>
          <w:i/>
          <w:iCs/>
          <w:color w:val="000000"/>
          <w:sz w:val="24"/>
          <w:szCs w:val="24"/>
          <w:lang w:val="hu-HU"/>
        </w:rPr>
        <w:t xml:space="preserve">Operator </w:t>
      </w:r>
      <w:proofErr w:type="spellStart"/>
      <w:r w:rsidRPr="00DE66DF">
        <w:rPr>
          <w:rFonts w:ascii="Times New Roman" w:hAnsi="Times New Roman" w:cs="Times New Roman"/>
          <w:i/>
          <w:iCs/>
          <w:color w:val="000000"/>
          <w:sz w:val="24"/>
          <w:szCs w:val="24"/>
          <w:lang w:val="hu-HU"/>
        </w:rPr>
        <w:t>economic</w:t>
      </w:r>
      <w:proofErr w:type="spellEnd"/>
      <w:r w:rsidRPr="00DE66DF">
        <w:rPr>
          <w:rFonts w:ascii="Times New Roman" w:hAnsi="Times New Roman" w:cs="Times New Roman"/>
          <w:i/>
          <w:iCs/>
          <w:color w:val="000000"/>
          <w:sz w:val="24"/>
          <w:szCs w:val="24"/>
          <w:lang w:val="hu-HU"/>
        </w:rPr>
        <w:t>,</w:t>
      </w:r>
    </w:p>
    <w:p w14:paraId="208105C8" w14:textId="2D27861C" w:rsidR="00676591" w:rsidRDefault="005A061B" w:rsidP="00A6603C">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
    <w:p w14:paraId="49BFD60C" w14:textId="77E82930"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semnătura</w:t>
      </w:r>
      <w:proofErr w:type="spellEnd"/>
      <w:r w:rsidRPr="00DE66DF">
        <w:rPr>
          <w:rFonts w:ascii="Times New Roman" w:hAnsi="Times New Roman" w:cs="Times New Roman"/>
          <w:color w:val="000000"/>
          <w:sz w:val="24"/>
          <w:szCs w:val="24"/>
          <w:lang w:val="hu-HU"/>
        </w:rPr>
        <w:t xml:space="preserve"> </w:t>
      </w:r>
      <w:proofErr w:type="spellStart"/>
      <w:proofErr w:type="gramStart"/>
      <w:r w:rsidRPr="00DE66DF">
        <w:rPr>
          <w:rFonts w:ascii="Times New Roman" w:hAnsi="Times New Roman" w:cs="Times New Roman"/>
          <w:color w:val="000000"/>
          <w:sz w:val="24"/>
          <w:szCs w:val="24"/>
          <w:lang w:val="hu-HU"/>
        </w:rPr>
        <w:t>autorizată</w:t>
      </w:r>
      <w:proofErr w:type="spellEnd"/>
      <w:r w:rsidRPr="00DE66DF">
        <w:rPr>
          <w:rFonts w:ascii="Times New Roman" w:hAnsi="Times New Roman" w:cs="Times New Roman"/>
          <w:color w:val="000000"/>
          <w:sz w:val="24"/>
          <w:szCs w:val="24"/>
          <w:lang w:val="hu-HU"/>
        </w:rPr>
        <w:t xml:space="preserve"> )</w:t>
      </w:r>
      <w:proofErr w:type="gramEnd"/>
    </w:p>
    <w:p w14:paraId="5F836732"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4F1AC507"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51056B8B"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57FB90B5"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68EB481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539A07B"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ECE476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3A962784"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D76B86A"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3E8D7C98"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0AD4D4BC" w14:textId="13813C53" w:rsidR="00676591" w:rsidRDefault="005A061B" w:rsidP="00676591">
      <w:pPr>
        <w:autoSpaceDE w:val="0"/>
        <w:spacing w:after="0" w:line="360" w:lineRule="auto"/>
        <w:rPr>
          <w:rFonts w:ascii="Times New Roman" w:hAnsi="Times New Roman" w:cs="Times New Roman"/>
          <w:b/>
          <w:bCs/>
          <w:color w:val="000000"/>
          <w:sz w:val="24"/>
          <w:szCs w:val="24"/>
          <w:lang w:val="hu-HU"/>
        </w:rPr>
      </w:pPr>
      <w:r>
        <w:rPr>
          <w:rFonts w:ascii="Times New Roman" w:hAnsi="Times New Roman" w:cs="Times New Roman"/>
          <w:sz w:val="24"/>
          <w:lang w:val="ro-RO"/>
        </w:rPr>
        <w:lastRenderedPageBreak/>
        <w:t>...........................................</w:t>
      </w:r>
      <w:r w:rsidR="00676591" w:rsidRPr="00DE66DF">
        <w:rPr>
          <w:rFonts w:ascii="Times New Roman" w:hAnsi="Times New Roman" w:cs="Times New Roman"/>
          <w:b/>
          <w:bCs/>
          <w:color w:val="000000"/>
          <w:sz w:val="24"/>
          <w:szCs w:val="24"/>
          <w:lang w:val="hu-HU"/>
        </w:rPr>
        <w:t xml:space="preserve"> </w:t>
      </w:r>
    </w:p>
    <w:p w14:paraId="063CCE10" w14:textId="6BBB4862"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CERTIFICAT</w:t>
      </w:r>
    </w:p>
    <w:p w14:paraId="65B9E3F9"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 xml:space="preserve">de </w:t>
      </w:r>
      <w:proofErr w:type="spellStart"/>
      <w:r w:rsidRPr="00DE66DF">
        <w:rPr>
          <w:rFonts w:ascii="Times New Roman" w:hAnsi="Times New Roman" w:cs="Times New Roman"/>
          <w:b/>
          <w:bCs/>
          <w:color w:val="000000"/>
          <w:sz w:val="24"/>
          <w:szCs w:val="24"/>
          <w:lang w:val="hu-HU"/>
        </w:rPr>
        <w:t>participare</w:t>
      </w:r>
      <w:proofErr w:type="spellEnd"/>
      <w:r w:rsidRPr="00DE66DF">
        <w:rPr>
          <w:rFonts w:ascii="Times New Roman" w:hAnsi="Times New Roman" w:cs="Times New Roman"/>
          <w:b/>
          <w:bCs/>
          <w:color w:val="000000"/>
          <w:sz w:val="24"/>
          <w:szCs w:val="24"/>
          <w:lang w:val="hu-HU"/>
        </w:rPr>
        <w:t xml:space="preserve"> la </w:t>
      </w:r>
      <w:proofErr w:type="spellStart"/>
      <w:r w:rsidRPr="00DE66DF">
        <w:rPr>
          <w:rFonts w:ascii="Times New Roman" w:hAnsi="Times New Roman" w:cs="Times New Roman"/>
          <w:b/>
          <w:bCs/>
          <w:color w:val="000000"/>
          <w:sz w:val="24"/>
          <w:szCs w:val="24"/>
          <w:lang w:val="hu-HU"/>
        </w:rPr>
        <w:t>licitaţie</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cu</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ofertă</w:t>
      </w:r>
      <w:proofErr w:type="spellEnd"/>
      <w:r w:rsidRPr="00DE66DF">
        <w:rPr>
          <w:rFonts w:ascii="Times New Roman" w:hAnsi="Times New Roman" w:cs="Times New Roman"/>
          <w:b/>
          <w:bCs/>
          <w:color w:val="000000"/>
          <w:sz w:val="24"/>
          <w:szCs w:val="24"/>
          <w:lang w:val="hu-HU"/>
        </w:rPr>
        <w:t xml:space="preserve"> </w:t>
      </w:r>
      <w:proofErr w:type="spellStart"/>
      <w:r w:rsidRPr="00DE66DF">
        <w:rPr>
          <w:rFonts w:ascii="Times New Roman" w:hAnsi="Times New Roman" w:cs="Times New Roman"/>
          <w:b/>
          <w:bCs/>
          <w:color w:val="000000"/>
          <w:sz w:val="24"/>
          <w:szCs w:val="24"/>
          <w:lang w:val="hu-HU"/>
        </w:rPr>
        <w:t>independenta</w:t>
      </w:r>
      <w:proofErr w:type="spellEnd"/>
    </w:p>
    <w:p w14:paraId="276BC614" w14:textId="2FBABCF1"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I. </w:t>
      </w: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Subsemnaţii</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reprezentanţi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legali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ai</w:t>
      </w:r>
      <w:proofErr w:type="spellEnd"/>
      <w:r w:rsidRPr="00DE66DF">
        <w:rPr>
          <w:rFonts w:ascii="Times New Roman" w:hAnsi="Times New Roman" w:cs="Times New Roman"/>
          <w:color w:val="000000"/>
          <w:sz w:val="24"/>
          <w:szCs w:val="24"/>
          <w:lang w:val="hu-HU"/>
        </w:rPr>
        <w:t xml:space="preserve"> </w:t>
      </w:r>
      <w:proofErr w:type="gramStart"/>
      <w:r w:rsidR="005A061B">
        <w:rPr>
          <w:rFonts w:ascii="Times New Roman" w:hAnsi="Times New Roman" w:cs="Times New Roman"/>
          <w:sz w:val="24"/>
          <w:lang w:val="ro-RO"/>
        </w:rPr>
        <w:t>...........................................</w:t>
      </w:r>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întreprindere</w:t>
      </w:r>
      <w:proofErr w:type="spellEnd"/>
      <w:proofErr w:type="gram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asociere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participa</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organizată</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Comuna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Remetea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calitate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autoritate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nr</w:t>
      </w:r>
      <w:proofErr w:type="spellEnd"/>
      <w:r w:rsidRPr="00DE66DF">
        <w:rPr>
          <w:rFonts w:ascii="Times New Roman" w:hAnsi="Times New Roman" w:cs="Times New Roman"/>
          <w:color w:val="000000"/>
          <w:sz w:val="24"/>
          <w:szCs w:val="24"/>
          <w:lang w:val="hu-HU"/>
        </w:rPr>
        <w:t xml:space="preserve">. </w:t>
      </w:r>
      <w:r w:rsidR="00676591">
        <w:rPr>
          <w:rFonts w:ascii="Times New Roman" w:hAnsi="Times New Roman" w:cs="Times New Roman"/>
          <w:color w:val="000000"/>
          <w:sz w:val="24"/>
          <w:szCs w:val="24"/>
          <w:lang w:val="hu-HU"/>
        </w:rPr>
        <w:t>14663/02.10.2026</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certific</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certificăm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informaţiile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conţinute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adevărate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complete</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toate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punctele</w:t>
      </w:r>
      <w:proofErr w:type="spellEnd"/>
      <w:r w:rsidRPr="00DE66DF">
        <w:rPr>
          <w:rFonts w:ascii="Times New Roman" w:hAnsi="Times New Roman" w:cs="Times New Roman"/>
          <w:color w:val="000000"/>
          <w:sz w:val="24"/>
          <w:szCs w:val="24"/>
          <w:lang w:val="hu-HU"/>
        </w:rPr>
        <w:t xml:space="preserve"> de vedere.</w:t>
      </w:r>
    </w:p>
    <w:p w14:paraId="6C9AB6C5" w14:textId="588F20CE"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II. </w:t>
      </w:r>
      <w:proofErr w:type="spellStart"/>
      <w:r w:rsidRPr="00DE66DF">
        <w:rPr>
          <w:rFonts w:ascii="Times New Roman" w:hAnsi="Times New Roman" w:cs="Times New Roman"/>
          <w:color w:val="000000"/>
          <w:sz w:val="24"/>
          <w:szCs w:val="24"/>
          <w:lang w:val="hu-HU"/>
        </w:rPr>
        <w:t>Certific</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Certificăm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numele</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sz w:val="24"/>
          <w:lang w:val="ro-RO"/>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următoarele</w:t>
      </w:r>
      <w:proofErr w:type="spellEnd"/>
      <w:r w:rsidRPr="00DE66DF">
        <w:rPr>
          <w:rFonts w:ascii="Times New Roman" w:hAnsi="Times New Roman" w:cs="Times New Roman"/>
          <w:color w:val="000000"/>
          <w:sz w:val="24"/>
          <w:szCs w:val="24"/>
          <w:lang w:val="hu-HU"/>
        </w:rPr>
        <w:t>:</w:t>
      </w:r>
    </w:p>
    <w:p w14:paraId="066284AD"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1. am </w:t>
      </w:r>
      <w:proofErr w:type="spellStart"/>
      <w:r w:rsidRPr="00DE66DF">
        <w:rPr>
          <w:rFonts w:ascii="Times New Roman" w:hAnsi="Times New Roman" w:cs="Times New Roman"/>
          <w:color w:val="000000"/>
          <w:sz w:val="24"/>
          <w:szCs w:val="24"/>
          <w:lang w:val="hu-HU"/>
        </w:rPr>
        <w:t>citit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înţeles</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conţinutul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certificat</w:t>
      </w:r>
      <w:proofErr w:type="spellEnd"/>
      <w:r w:rsidRPr="00DE66DF">
        <w:rPr>
          <w:rFonts w:ascii="Times New Roman" w:hAnsi="Times New Roman" w:cs="Times New Roman"/>
          <w:color w:val="000000"/>
          <w:sz w:val="24"/>
          <w:szCs w:val="24"/>
          <w:lang w:val="hu-HU"/>
        </w:rPr>
        <w:t>;</w:t>
      </w:r>
    </w:p>
    <w:p w14:paraId="0C88A3E9"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2. </w:t>
      </w:r>
      <w:proofErr w:type="spellStart"/>
      <w:r w:rsidRPr="00DE66DF">
        <w:rPr>
          <w:rFonts w:ascii="Times New Roman" w:hAnsi="Times New Roman" w:cs="Times New Roman"/>
          <w:color w:val="000000"/>
          <w:sz w:val="24"/>
          <w:szCs w:val="24"/>
          <w:lang w:val="hu-HU"/>
        </w:rPr>
        <w:t>consimt</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consimţim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descalificarea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noastră</w:t>
      </w:r>
      <w:proofErr w:type="spellEnd"/>
      <w:r w:rsidRPr="00DE66DF">
        <w:rPr>
          <w:rFonts w:ascii="Times New Roman" w:hAnsi="Times New Roman" w:cs="Times New Roman"/>
          <w:color w:val="000000"/>
          <w:sz w:val="24"/>
          <w:szCs w:val="24"/>
          <w:lang w:val="hu-HU"/>
        </w:rPr>
        <w:t xml:space="preserve"> de la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condiţiile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declarate</w:t>
      </w:r>
      <w:proofErr w:type="spellEnd"/>
      <w:r w:rsidRPr="00DE66DF">
        <w:rPr>
          <w:rFonts w:ascii="Times New Roman" w:hAnsi="Times New Roman" w:cs="Times New Roman"/>
          <w:color w:val="000000"/>
          <w:sz w:val="24"/>
          <w:szCs w:val="24"/>
          <w:lang w:val="hu-HU"/>
        </w:rPr>
        <w:t xml:space="preserve"> se </w:t>
      </w:r>
      <w:proofErr w:type="spellStart"/>
      <w:r w:rsidRPr="00DE66DF">
        <w:rPr>
          <w:rFonts w:ascii="Times New Roman" w:hAnsi="Times New Roman" w:cs="Times New Roman"/>
          <w:color w:val="000000"/>
          <w:sz w:val="24"/>
          <w:szCs w:val="24"/>
          <w:lang w:val="hu-HU"/>
        </w:rPr>
        <w:t>dovedesc</w:t>
      </w:r>
      <w:proofErr w:type="spellEnd"/>
      <w:r w:rsidRPr="00DE66DF">
        <w:rPr>
          <w:rFonts w:ascii="Times New Roman" w:hAnsi="Times New Roman" w:cs="Times New Roman"/>
          <w:color w:val="000000"/>
          <w:sz w:val="24"/>
          <w:szCs w:val="24"/>
          <w:lang w:val="hu-HU"/>
        </w:rPr>
        <w:t xml:space="preserve"> a fi </w:t>
      </w:r>
      <w:proofErr w:type="spellStart"/>
      <w:r w:rsidRPr="00DE66DF">
        <w:rPr>
          <w:rFonts w:ascii="Times New Roman" w:hAnsi="Times New Roman" w:cs="Times New Roman"/>
          <w:color w:val="000000"/>
          <w:sz w:val="24"/>
          <w:szCs w:val="24"/>
          <w:lang w:val="hu-HU"/>
        </w:rPr>
        <w:t>neadevărate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incomplete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privinţă</w:t>
      </w:r>
      <w:proofErr w:type="spellEnd"/>
      <w:r w:rsidRPr="00DE66DF">
        <w:rPr>
          <w:rFonts w:ascii="Times New Roman" w:hAnsi="Times New Roman" w:cs="Times New Roman"/>
          <w:color w:val="000000"/>
          <w:sz w:val="24"/>
          <w:szCs w:val="24"/>
          <w:lang w:val="hu-HU"/>
        </w:rPr>
        <w:t>;</w:t>
      </w:r>
    </w:p>
    <w:p w14:paraId="7104EAEC"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3. </w:t>
      </w:r>
      <w:proofErr w:type="spellStart"/>
      <w:r w:rsidRPr="00DE66DF">
        <w:rPr>
          <w:rFonts w:ascii="Times New Roman" w:hAnsi="Times New Roman" w:cs="Times New Roman"/>
          <w:color w:val="000000"/>
          <w:sz w:val="24"/>
          <w:szCs w:val="24"/>
          <w:lang w:val="hu-HU"/>
        </w:rPr>
        <w:t>fiecare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semnătură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reprezintă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desemnată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înainteze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participare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inclusiv</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privinţa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termenilor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conţinuţi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ofertă</w:t>
      </w:r>
      <w:proofErr w:type="spellEnd"/>
      <w:r w:rsidRPr="00DE66DF">
        <w:rPr>
          <w:rFonts w:ascii="Times New Roman" w:hAnsi="Times New Roman" w:cs="Times New Roman"/>
          <w:color w:val="000000"/>
          <w:sz w:val="24"/>
          <w:szCs w:val="24"/>
          <w:lang w:val="hu-HU"/>
        </w:rPr>
        <w:t>;</w:t>
      </w:r>
    </w:p>
    <w:p w14:paraId="64B5524C"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4.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sensul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certificat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concurent</w:t>
      </w:r>
      <w:proofErr w:type="spellEnd"/>
      <w:r w:rsidRPr="00DE66DF">
        <w:rPr>
          <w:rFonts w:ascii="Times New Roman" w:hAnsi="Times New Roman" w:cs="Times New Roman"/>
          <w:color w:val="000000"/>
          <w:sz w:val="24"/>
          <w:szCs w:val="24"/>
          <w:lang w:val="hu-HU"/>
        </w:rPr>
        <w:t xml:space="preserve"> se </w:t>
      </w:r>
      <w:proofErr w:type="spellStart"/>
      <w:r w:rsidRPr="00DE66DF">
        <w:rPr>
          <w:rFonts w:ascii="Times New Roman" w:hAnsi="Times New Roman" w:cs="Times New Roman"/>
          <w:color w:val="000000"/>
          <w:sz w:val="24"/>
          <w:szCs w:val="24"/>
          <w:lang w:val="hu-HU"/>
        </w:rPr>
        <w:t>înţelege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oricare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persoană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fizică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juridică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decât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ofertantul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numele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căruia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formulăm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certificat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ofertează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aceleiaşi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achiziţie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întrunind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condiţiile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participare</w:t>
      </w:r>
      <w:proofErr w:type="spellEnd"/>
      <w:r w:rsidRPr="00DE66DF">
        <w:rPr>
          <w:rFonts w:ascii="Times New Roman" w:hAnsi="Times New Roman" w:cs="Times New Roman"/>
          <w:color w:val="000000"/>
          <w:sz w:val="24"/>
          <w:szCs w:val="24"/>
          <w:lang w:val="hu-HU"/>
        </w:rPr>
        <w:t>;</w:t>
      </w:r>
    </w:p>
    <w:p w14:paraId="1B232379"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5.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prezentată</w:t>
      </w:r>
      <w:proofErr w:type="spellEnd"/>
      <w:r w:rsidRPr="00DE66DF">
        <w:rPr>
          <w:rFonts w:ascii="Times New Roman" w:hAnsi="Times New Roman" w:cs="Times New Roman"/>
          <w:color w:val="000000"/>
          <w:sz w:val="24"/>
          <w:szCs w:val="24"/>
          <w:lang w:val="hu-HU"/>
        </w:rPr>
        <w:t xml:space="preserve"> a fost </w:t>
      </w:r>
      <w:proofErr w:type="spellStart"/>
      <w:r w:rsidRPr="00DE66DF">
        <w:rPr>
          <w:rFonts w:ascii="Times New Roman" w:hAnsi="Times New Roman" w:cs="Times New Roman"/>
          <w:color w:val="000000"/>
          <w:sz w:val="24"/>
          <w:szCs w:val="24"/>
          <w:lang w:val="hu-HU"/>
        </w:rPr>
        <w:t>concepută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formulată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independent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faţă</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oricare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fără</w:t>
      </w:r>
      <w:proofErr w:type="spellEnd"/>
      <w:r w:rsidRPr="00DE66DF">
        <w:rPr>
          <w:rFonts w:ascii="Times New Roman" w:hAnsi="Times New Roman" w:cs="Times New Roman"/>
          <w:color w:val="000000"/>
          <w:sz w:val="24"/>
          <w:szCs w:val="24"/>
          <w:lang w:val="hu-HU"/>
        </w:rPr>
        <w:t xml:space="preserve"> </w:t>
      </w:r>
      <w:proofErr w:type="gramStart"/>
      <w:r w:rsidRPr="00DE66DF">
        <w:rPr>
          <w:rFonts w:ascii="Times New Roman" w:hAnsi="Times New Roman" w:cs="Times New Roman"/>
          <w:color w:val="000000"/>
          <w:sz w:val="24"/>
          <w:szCs w:val="24"/>
          <w:lang w:val="hu-HU"/>
        </w:rPr>
        <w:t>a</w:t>
      </w:r>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exista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consultări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comunicări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înţelegeri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aranjamente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aceştia</w:t>
      </w:r>
      <w:proofErr w:type="spellEnd"/>
      <w:r w:rsidRPr="00DE66DF">
        <w:rPr>
          <w:rFonts w:ascii="Times New Roman" w:hAnsi="Times New Roman" w:cs="Times New Roman"/>
          <w:color w:val="000000"/>
          <w:sz w:val="24"/>
          <w:szCs w:val="24"/>
          <w:lang w:val="hu-HU"/>
        </w:rPr>
        <w:t>;</w:t>
      </w:r>
    </w:p>
    <w:p w14:paraId="2E14A815"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6.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elemente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derivă</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înţelegeri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priveşte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preţurile</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tarifele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metodele</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formulele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calcul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acestora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intenţia</w:t>
      </w:r>
      <w:proofErr w:type="spellEnd"/>
      <w:r w:rsidRPr="00DE66DF">
        <w:rPr>
          <w:rFonts w:ascii="Times New Roman" w:hAnsi="Times New Roman" w:cs="Times New Roman"/>
          <w:color w:val="000000"/>
          <w:sz w:val="24"/>
          <w:szCs w:val="24"/>
          <w:lang w:val="hu-HU"/>
        </w:rPr>
        <w:t xml:space="preserve"> de </w:t>
      </w:r>
      <w:proofErr w:type="gramStart"/>
      <w:r w:rsidRPr="00DE66DF">
        <w:rPr>
          <w:rFonts w:ascii="Times New Roman" w:hAnsi="Times New Roman" w:cs="Times New Roman"/>
          <w:color w:val="000000"/>
          <w:sz w:val="24"/>
          <w:szCs w:val="24"/>
          <w:lang w:val="hu-HU"/>
        </w:rPr>
        <w:t>a</w:t>
      </w:r>
      <w:proofErr w:type="gram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respectiva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intenţia</w:t>
      </w:r>
      <w:proofErr w:type="spellEnd"/>
      <w:r w:rsidRPr="00DE66DF">
        <w:rPr>
          <w:rFonts w:ascii="Times New Roman" w:hAnsi="Times New Roman" w:cs="Times New Roman"/>
          <w:color w:val="000000"/>
          <w:sz w:val="24"/>
          <w:szCs w:val="24"/>
          <w:lang w:val="hu-HU"/>
        </w:rPr>
        <w:t xml:space="preserve"> de a </w:t>
      </w:r>
      <w:proofErr w:type="spellStart"/>
      <w:r w:rsidRPr="00DE66DF">
        <w:rPr>
          <w:rFonts w:ascii="Times New Roman" w:hAnsi="Times New Roman" w:cs="Times New Roman"/>
          <w:color w:val="000000"/>
          <w:sz w:val="24"/>
          <w:szCs w:val="24"/>
          <w:lang w:val="hu-HU"/>
        </w:rPr>
        <w:t>include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elemente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natura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au </w:t>
      </w:r>
      <w:proofErr w:type="spellStart"/>
      <w:r w:rsidRPr="00DE66DF">
        <w:rPr>
          <w:rFonts w:ascii="Times New Roman" w:hAnsi="Times New Roman" w:cs="Times New Roman"/>
          <w:color w:val="000000"/>
          <w:sz w:val="24"/>
          <w:szCs w:val="24"/>
          <w:lang w:val="hu-HU"/>
        </w:rPr>
        <w:t>legătură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obiectul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respectivei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proceduri</w:t>
      </w:r>
      <w:proofErr w:type="spellEnd"/>
      <w:r w:rsidRPr="00DE66DF">
        <w:rPr>
          <w:rFonts w:ascii="Times New Roman" w:hAnsi="Times New Roman" w:cs="Times New Roman"/>
          <w:color w:val="000000"/>
          <w:sz w:val="24"/>
          <w:szCs w:val="24"/>
          <w:lang w:val="hu-HU"/>
        </w:rPr>
        <w:t>;</w:t>
      </w:r>
    </w:p>
    <w:p w14:paraId="69810046"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7. </w:t>
      </w:r>
      <w:proofErr w:type="spellStart"/>
      <w:r w:rsidRPr="00DE66DF">
        <w:rPr>
          <w:rFonts w:ascii="Times New Roman" w:hAnsi="Times New Roman" w:cs="Times New Roman"/>
          <w:color w:val="000000"/>
          <w:sz w:val="24"/>
          <w:szCs w:val="24"/>
          <w:lang w:val="hu-HU"/>
        </w:rPr>
        <w:t>oferta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conţine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elemente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derivă</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înţelegeri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priveşte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calitatea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cantitatea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specificaţii</w:t>
      </w:r>
      <w:proofErr w:type="spellEnd"/>
      <w:r w:rsidRPr="00DE66DF">
        <w:rPr>
          <w:rFonts w:ascii="Times New Roman" w:hAnsi="Times New Roman" w:cs="Times New Roman"/>
          <w:color w:val="000000"/>
          <w:sz w:val="24"/>
          <w:szCs w:val="24"/>
          <w:lang w:val="hu-HU"/>
        </w:rPr>
        <w:t xml:space="preserve"> particulare </w:t>
      </w:r>
      <w:proofErr w:type="spellStart"/>
      <w:r w:rsidRPr="00DE66DF">
        <w:rPr>
          <w:rFonts w:ascii="Times New Roman" w:hAnsi="Times New Roman" w:cs="Times New Roman"/>
          <w:color w:val="000000"/>
          <w:sz w:val="24"/>
          <w:szCs w:val="24"/>
          <w:lang w:val="hu-HU"/>
        </w:rPr>
        <w:t>ale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produsului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serviciilor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oferite</w:t>
      </w:r>
      <w:proofErr w:type="spellEnd"/>
      <w:r w:rsidRPr="00DE66DF">
        <w:rPr>
          <w:rFonts w:ascii="Times New Roman" w:hAnsi="Times New Roman" w:cs="Times New Roman"/>
          <w:color w:val="000000"/>
          <w:sz w:val="24"/>
          <w:szCs w:val="24"/>
          <w:lang w:val="hu-HU"/>
        </w:rPr>
        <w:t>;</w:t>
      </w:r>
    </w:p>
    <w:p w14:paraId="14F464AF"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8. </w:t>
      </w:r>
      <w:proofErr w:type="spellStart"/>
      <w:r w:rsidRPr="00DE66DF">
        <w:rPr>
          <w:rFonts w:ascii="Times New Roman" w:hAnsi="Times New Roman" w:cs="Times New Roman"/>
          <w:color w:val="000000"/>
          <w:sz w:val="24"/>
          <w:szCs w:val="24"/>
          <w:lang w:val="hu-HU"/>
        </w:rPr>
        <w:t>detaliile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w:t>
      </w:r>
      <w:proofErr w:type="spellEnd"/>
      <w:r w:rsidRPr="00DE66DF">
        <w:rPr>
          <w:rFonts w:ascii="Times New Roman" w:hAnsi="Times New Roman" w:cs="Times New Roman"/>
          <w:color w:val="000000"/>
          <w:sz w:val="24"/>
          <w:szCs w:val="24"/>
          <w:lang w:val="hu-HU"/>
        </w:rPr>
        <w:t xml:space="preserve"> au fost </w:t>
      </w:r>
      <w:proofErr w:type="spellStart"/>
      <w:r w:rsidRPr="00DE66DF">
        <w:rPr>
          <w:rFonts w:ascii="Times New Roman" w:hAnsi="Times New Roman" w:cs="Times New Roman"/>
          <w:color w:val="000000"/>
          <w:sz w:val="24"/>
          <w:szCs w:val="24"/>
          <w:lang w:val="hu-HU"/>
        </w:rPr>
        <w:t>comunicate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direct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sau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indirect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niciunui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concurent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înainte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momentul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oficial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deschiderii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anunţată</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contractor</w:t>
      </w:r>
      <w:proofErr w:type="spellEnd"/>
      <w:r w:rsidRPr="00DE66DF">
        <w:rPr>
          <w:rFonts w:ascii="Times New Roman" w:hAnsi="Times New Roman" w:cs="Times New Roman"/>
          <w:color w:val="000000"/>
          <w:sz w:val="24"/>
          <w:szCs w:val="24"/>
          <w:lang w:val="hu-HU"/>
        </w:rPr>
        <w:t>.</w:t>
      </w:r>
    </w:p>
    <w:p w14:paraId="7EC74C96"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III. </w:t>
      </w:r>
      <w:proofErr w:type="spellStart"/>
      <w:r w:rsidRPr="00DE66DF">
        <w:rPr>
          <w:rFonts w:ascii="Times New Roman" w:hAnsi="Times New Roman" w:cs="Times New Roman"/>
          <w:color w:val="000000"/>
          <w:sz w:val="24"/>
          <w:szCs w:val="24"/>
          <w:lang w:val="hu-HU"/>
        </w:rPr>
        <w:t>Sub</w:t>
      </w:r>
      <w:proofErr w:type="spellEnd"/>
      <w:r w:rsidRPr="00DE66DF">
        <w:rPr>
          <w:rFonts w:ascii="Times New Roman" w:hAnsi="Times New Roman" w:cs="Times New Roman"/>
          <w:color w:val="000000"/>
          <w:sz w:val="24"/>
          <w:szCs w:val="24"/>
          <w:lang w:val="hu-HU"/>
        </w:rPr>
        <w:t xml:space="preserve"> rezerva </w:t>
      </w:r>
      <w:proofErr w:type="spellStart"/>
      <w:r w:rsidRPr="00DE66DF">
        <w:rPr>
          <w:rFonts w:ascii="Times New Roman" w:hAnsi="Times New Roman" w:cs="Times New Roman"/>
          <w:color w:val="000000"/>
          <w:sz w:val="24"/>
          <w:szCs w:val="24"/>
          <w:lang w:val="hu-HU"/>
        </w:rPr>
        <w:t>sancţiunilor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prevăzute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legislaţia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vigoare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declarăm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consemnate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prezentul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certificat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adevărate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întrutotul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conforme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realitatea</w:t>
      </w:r>
      <w:proofErr w:type="spellEnd"/>
      <w:r w:rsidRPr="00DE66DF">
        <w:rPr>
          <w:rFonts w:ascii="Times New Roman" w:hAnsi="Times New Roman" w:cs="Times New Roman"/>
          <w:color w:val="000000"/>
          <w:sz w:val="24"/>
          <w:szCs w:val="24"/>
          <w:lang w:val="hu-HU"/>
        </w:rPr>
        <w:t>.</w:t>
      </w:r>
    </w:p>
    <w:p w14:paraId="3ED20D7B" w14:textId="11E03C1E"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Data: </w:t>
      </w:r>
      <w:r w:rsidR="005A061B">
        <w:rPr>
          <w:rFonts w:ascii="Times New Roman" w:hAnsi="Times New Roman" w:cs="Times New Roman"/>
          <w:color w:val="000000"/>
          <w:sz w:val="24"/>
          <w:szCs w:val="24"/>
          <w:lang w:val="hu-HU"/>
        </w:rPr>
        <w:t>………………</w:t>
      </w:r>
    </w:p>
    <w:p w14:paraId="1B5BEC3F"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Ofertant</w:t>
      </w:r>
      <w:proofErr w:type="spellEnd"/>
      <w:r w:rsidRPr="00DE66DF">
        <w:rPr>
          <w:rFonts w:ascii="Times New Roman" w:hAnsi="Times New Roman" w:cs="Times New Roman"/>
          <w:color w:val="000000"/>
          <w:sz w:val="24"/>
          <w:szCs w:val="24"/>
          <w:lang w:val="hu-HU"/>
        </w:rPr>
        <w:t>,</w:t>
      </w:r>
    </w:p>
    <w:p w14:paraId="31D1C2E7" w14:textId="0AD450F6" w:rsidR="00676591" w:rsidRDefault="005A061B" w:rsidP="00A6603C">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
    <w:p w14:paraId="290E3423" w14:textId="572ED762" w:rsidR="00DE66DF" w:rsidRDefault="00DE66DF" w:rsidP="00A6603C">
      <w:pPr>
        <w:autoSpaceDE w:val="0"/>
        <w:spacing w:after="0" w:line="360" w:lineRule="auto"/>
        <w:jc w:val="center"/>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Reprezentanţi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legali</w:t>
      </w:r>
      <w:proofErr w:type="spellEnd"/>
    </w:p>
    <w:p w14:paraId="3B099EAC" w14:textId="77777777" w:rsidR="00676591" w:rsidRPr="00DE66DF" w:rsidRDefault="00676591" w:rsidP="00A6603C">
      <w:pPr>
        <w:autoSpaceDE w:val="0"/>
        <w:spacing w:after="0" w:line="360" w:lineRule="auto"/>
        <w:jc w:val="center"/>
        <w:rPr>
          <w:rFonts w:ascii="Times New Roman" w:hAnsi="Times New Roman" w:cs="Times New Roman"/>
          <w:color w:val="000000"/>
          <w:sz w:val="24"/>
          <w:szCs w:val="24"/>
          <w:lang w:val="hu-HU"/>
        </w:rPr>
      </w:pPr>
    </w:p>
    <w:p w14:paraId="20F2F9A2"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OFERTANTUL</w:t>
      </w:r>
    </w:p>
    <w:p w14:paraId="149C3E8B" w14:textId="497097B3" w:rsidR="00676591" w:rsidRDefault="005A061B" w:rsidP="00A6603C">
      <w:pPr>
        <w:autoSpaceDE w:val="0"/>
        <w:spacing w:after="0" w:line="360" w:lineRule="auto"/>
        <w:jc w:val="both"/>
        <w:rPr>
          <w:rFonts w:ascii="Times New Roman" w:hAnsi="Times New Roman" w:cs="Times New Roman"/>
          <w:i/>
          <w:iCs/>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i/>
          <w:iCs/>
          <w:color w:val="000000"/>
          <w:sz w:val="24"/>
          <w:szCs w:val="24"/>
          <w:lang w:val="hu-HU"/>
        </w:rPr>
        <w:t xml:space="preserve"> </w:t>
      </w:r>
    </w:p>
    <w:p w14:paraId="00498CA2" w14:textId="5D049A31" w:rsidR="00DE66DF" w:rsidRPr="00DE66DF" w:rsidRDefault="00DE66DF" w:rsidP="00A6603C">
      <w:pPr>
        <w:autoSpaceDE w:val="0"/>
        <w:spacing w:after="0" w:line="360" w:lineRule="auto"/>
        <w:jc w:val="both"/>
        <w:rPr>
          <w:rFonts w:ascii="Times New Roman" w:hAnsi="Times New Roman" w:cs="Times New Roman"/>
          <w:i/>
          <w:iCs/>
          <w:color w:val="000000"/>
          <w:sz w:val="24"/>
          <w:szCs w:val="24"/>
          <w:lang w:val="hu-HU"/>
        </w:rPr>
      </w:pPr>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denumirea</w:t>
      </w:r>
      <w:proofErr w:type="spellEnd"/>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numele</w:t>
      </w:r>
      <w:proofErr w:type="spellEnd"/>
      <w:r w:rsidRPr="00DE66DF">
        <w:rPr>
          <w:rFonts w:ascii="Times New Roman" w:hAnsi="Times New Roman" w:cs="Times New Roman"/>
          <w:i/>
          <w:iCs/>
          <w:color w:val="000000"/>
          <w:sz w:val="24"/>
          <w:szCs w:val="24"/>
          <w:lang w:val="hu-HU"/>
        </w:rPr>
        <w:t>)</w:t>
      </w:r>
    </w:p>
    <w:p w14:paraId="20A4E278"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
    <w:p w14:paraId="7090D13C"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DECLARATIE</w:t>
      </w:r>
    </w:p>
    <w:p w14:paraId="7EB7E97F"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PRIVIND INSUŞIREA MODELULUI DE CONTRACT</w:t>
      </w:r>
    </w:p>
    <w:p w14:paraId="7085B355" w14:textId="77777777" w:rsidR="00DE66DF" w:rsidRPr="00DE66DF" w:rsidRDefault="00DE66DF" w:rsidP="00A6603C">
      <w:pPr>
        <w:autoSpaceDE w:val="0"/>
        <w:spacing w:after="0" w:line="360" w:lineRule="auto"/>
        <w:jc w:val="center"/>
        <w:rPr>
          <w:rFonts w:ascii="Times New Roman" w:hAnsi="Times New Roman" w:cs="Times New Roman"/>
          <w:b/>
          <w:bCs/>
          <w:color w:val="000000"/>
          <w:sz w:val="24"/>
          <w:szCs w:val="24"/>
          <w:lang w:val="hu-HU"/>
        </w:rPr>
      </w:pPr>
    </w:p>
    <w:p w14:paraId="543DAA01" w14:textId="4C325624" w:rsidR="00DE66DF" w:rsidRPr="00DE66DF" w:rsidRDefault="00DE66DF" w:rsidP="00A6603C">
      <w:pPr>
        <w:autoSpaceDE w:val="0"/>
        <w:spacing w:after="0" w:line="360" w:lineRule="auto"/>
        <w:rPr>
          <w:rFonts w:ascii="Times New Roman" w:hAnsi="Times New Roman" w:cs="Times New Roman"/>
          <w:kern w:val="3"/>
          <w:sz w:val="24"/>
          <w:szCs w:val="24"/>
        </w:rPr>
      </w:pP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r w:rsidR="00676591">
        <w:rPr>
          <w:rFonts w:ascii="Times New Roman" w:hAnsi="Times New Roman" w:cs="Times New Roman"/>
          <w:color w:val="000000"/>
          <w:sz w:val="24"/>
          <w:szCs w:val="24"/>
          <w:lang w:val="hu-HU"/>
        </w:rPr>
        <w:t xml:space="preserve"> </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imputernicit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sediul</w:t>
      </w:r>
      <w:proofErr w:type="spellEnd"/>
      <w:r w:rsidRPr="00DE66DF">
        <w:rPr>
          <w:rFonts w:ascii="Times New Roman" w:hAnsi="Times New Roman" w:cs="Times New Roman"/>
          <w:color w:val="000000"/>
          <w:sz w:val="24"/>
          <w:szCs w:val="24"/>
          <w:lang w:val="hu-HU"/>
        </w:rPr>
        <w:t xml:space="preserve"> in </w:t>
      </w:r>
      <w:r w:rsidRPr="00DE66DF">
        <w:rPr>
          <w:rFonts w:ascii="Times New Roman" w:hAnsi="Times New Roman" w:cs="Times New Roman"/>
          <w:sz w:val="24"/>
          <w:szCs w:val="24"/>
        </w:rPr>
        <w:t>JUDE</w:t>
      </w:r>
      <w:r w:rsidRPr="00DE66DF">
        <w:rPr>
          <w:rFonts w:ascii="Times New Roman" w:hAnsi="Times New Roman" w:cs="Times New Roman"/>
          <w:sz w:val="24"/>
          <w:szCs w:val="24"/>
          <w:lang w:val="ro-RO"/>
        </w:rPr>
        <w:t xml:space="preserve">ȚUL HARGHITA, </w:t>
      </w:r>
      <w:proofErr w:type="spellStart"/>
      <w:r w:rsidR="00676591">
        <w:rPr>
          <w:rFonts w:ascii="Times New Roman" w:hAnsi="Times New Roman" w:cs="Times New Roman"/>
          <w:sz w:val="24"/>
          <w:szCs w:val="24"/>
        </w:rPr>
        <w:t>Localitatea</w:t>
      </w:r>
      <w:proofErr w:type="spellEnd"/>
      <w:r w:rsidR="00676591">
        <w:rPr>
          <w:rFonts w:ascii="Times New Roman" w:hAnsi="Times New Roman" w:cs="Times New Roman"/>
          <w:sz w:val="24"/>
          <w:szCs w:val="24"/>
        </w:rPr>
        <w:t xml:space="preserve"> </w:t>
      </w:r>
      <w:proofErr w:type="spellStart"/>
      <w:r w:rsidR="00676591">
        <w:rPr>
          <w:rFonts w:ascii="Times New Roman" w:hAnsi="Times New Roman" w:cs="Times New Roman"/>
          <w:sz w:val="24"/>
          <w:szCs w:val="24"/>
        </w:rPr>
        <w:t>Lupen</w:t>
      </w:r>
      <w:proofErr w:type="spellEnd"/>
      <w:r w:rsidR="00676591">
        <w:rPr>
          <w:rFonts w:ascii="Times New Roman" w:hAnsi="Times New Roman" w:cs="Times New Roman"/>
          <w:sz w:val="24"/>
          <w:szCs w:val="24"/>
        </w:rPr>
        <w:t>, nr. 394</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denumirea</w:t>
      </w:r>
      <w:proofErr w:type="spellEnd"/>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numele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si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sediul</w:t>
      </w:r>
      <w:proofErr w:type="spellEnd"/>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adresa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candidatului</w:t>
      </w:r>
      <w:proofErr w:type="spellEnd"/>
      <w:r w:rsidRPr="00DE66DF">
        <w:rPr>
          <w:rFonts w:ascii="Times New Roman" w:hAnsi="Times New Roman" w:cs="Times New Roman"/>
          <w:i/>
          <w:iCs/>
          <w:color w:val="000000"/>
          <w:sz w:val="24"/>
          <w:szCs w:val="24"/>
          <w:lang w:val="hu-HU"/>
        </w:rPr>
        <w:t>/</w:t>
      </w:r>
      <w:proofErr w:type="spellStart"/>
      <w:r w:rsidRPr="00DE66DF">
        <w:rPr>
          <w:rFonts w:ascii="Times New Roman" w:hAnsi="Times New Roman" w:cs="Times New Roman"/>
          <w:i/>
          <w:iCs/>
          <w:color w:val="000000"/>
          <w:sz w:val="24"/>
          <w:szCs w:val="24"/>
          <w:lang w:val="hu-HU"/>
        </w:rPr>
        <w:t>ofertantului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raspundere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w:t>
      </w:r>
      <w:proofErr w:type="spellEnd"/>
      <w:r w:rsidRPr="00DE66DF">
        <w:rPr>
          <w:rFonts w:ascii="Times New Roman" w:hAnsi="Times New Roman" w:cs="Times New Roman"/>
          <w:color w:val="000000"/>
          <w:sz w:val="24"/>
          <w:szCs w:val="24"/>
          <w:lang w:val="hu-HU"/>
        </w:rPr>
        <w:t xml:space="preserve"> in </w:t>
      </w:r>
      <w:proofErr w:type="spellStart"/>
      <w:r w:rsidRPr="00DE66DF">
        <w:rPr>
          <w:rFonts w:ascii="Times New Roman" w:hAnsi="Times New Roman" w:cs="Times New Roman"/>
          <w:color w:val="000000"/>
          <w:sz w:val="24"/>
          <w:szCs w:val="24"/>
          <w:lang w:val="hu-HU"/>
        </w:rPr>
        <w:t>calitate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ofertant</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procedura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i/>
          <w:iCs/>
          <w:color w:val="000000"/>
          <w:sz w:val="24"/>
          <w:szCs w:val="24"/>
          <w:lang w:val="hu-HU"/>
        </w:rPr>
        <w:t>contractului</w:t>
      </w:r>
      <w:proofErr w:type="spellEnd"/>
      <w:r w:rsidRPr="00DE66DF">
        <w:rPr>
          <w:rFonts w:ascii="Times New Roman" w:hAnsi="Times New Roman" w:cs="Times New Roman"/>
          <w:i/>
          <w:iCs/>
          <w:color w:val="000000"/>
          <w:sz w:val="24"/>
          <w:szCs w:val="24"/>
          <w:lang w:val="hu-HU"/>
        </w:rPr>
        <w:t xml:space="preserve"> de </w:t>
      </w:r>
      <w:proofErr w:type="spellStart"/>
      <w:r w:rsidRPr="00DE66DF">
        <w:rPr>
          <w:rFonts w:ascii="Times New Roman" w:hAnsi="Times New Roman" w:cs="Times New Roman"/>
          <w:i/>
          <w:iCs/>
          <w:color w:val="000000"/>
          <w:sz w:val="24"/>
          <w:szCs w:val="24"/>
          <w:lang w:val="hu-HU"/>
        </w:rPr>
        <w:t>executie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denumirea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contractului</w:t>
      </w:r>
      <w:proofErr w:type="spellEnd"/>
      <w:r w:rsidRPr="00DE66DF">
        <w:rPr>
          <w:rFonts w:ascii="Times New Roman" w:hAnsi="Times New Roman" w:cs="Times New Roman"/>
          <w:i/>
          <w:iCs/>
          <w:color w:val="000000"/>
          <w:sz w:val="24"/>
          <w:szCs w:val="24"/>
          <w:lang w:val="hu-HU"/>
        </w:rPr>
        <w:t>)</w:t>
      </w:r>
      <w:r w:rsidRPr="00DE66DF">
        <w:rPr>
          <w:rFonts w:ascii="Times New Roman" w:hAnsi="Times New Roman" w:cs="Times New Roman"/>
          <w:color w:val="000000"/>
          <w:sz w:val="24"/>
          <w:szCs w:val="24"/>
          <w:lang w:val="hu-HU"/>
        </w:rPr>
        <w:t xml:space="preserve">, ne </w:t>
      </w:r>
      <w:proofErr w:type="spellStart"/>
      <w:r w:rsidRPr="00DE66DF">
        <w:rPr>
          <w:rFonts w:ascii="Times New Roman" w:hAnsi="Times New Roman" w:cs="Times New Roman"/>
          <w:color w:val="000000"/>
          <w:sz w:val="24"/>
          <w:szCs w:val="24"/>
          <w:lang w:val="hu-HU"/>
        </w:rPr>
        <w:t>insusim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modelul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contractului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achizitie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consemnat</w:t>
      </w:r>
      <w:proofErr w:type="spellEnd"/>
      <w:r w:rsidRPr="00DE66DF">
        <w:rPr>
          <w:rFonts w:ascii="Times New Roman" w:hAnsi="Times New Roman" w:cs="Times New Roman"/>
          <w:color w:val="000000"/>
          <w:sz w:val="24"/>
          <w:szCs w:val="24"/>
          <w:lang w:val="hu-HU"/>
        </w:rPr>
        <w:t xml:space="preserve"> in </w:t>
      </w:r>
      <w:proofErr w:type="spellStart"/>
      <w:r w:rsidRPr="00DE66DF">
        <w:rPr>
          <w:rFonts w:ascii="Times New Roman" w:hAnsi="Times New Roman" w:cs="Times New Roman"/>
          <w:color w:val="000000"/>
          <w:sz w:val="24"/>
          <w:szCs w:val="24"/>
          <w:lang w:val="hu-HU"/>
        </w:rPr>
        <w:t>cadrul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Sectiunii</w:t>
      </w:r>
      <w:proofErr w:type="spellEnd"/>
      <w:r w:rsidRPr="00DE66DF">
        <w:rPr>
          <w:rFonts w:ascii="Times New Roman" w:hAnsi="Times New Roman" w:cs="Times New Roman"/>
          <w:color w:val="000000"/>
          <w:sz w:val="24"/>
          <w:szCs w:val="24"/>
          <w:lang w:val="hu-HU"/>
        </w:rPr>
        <w:t xml:space="preserve"> din </w:t>
      </w:r>
      <w:proofErr w:type="spellStart"/>
      <w:r w:rsidRPr="00DE66DF">
        <w:rPr>
          <w:rFonts w:ascii="Times New Roman" w:hAnsi="Times New Roman" w:cs="Times New Roman"/>
          <w:color w:val="000000"/>
          <w:sz w:val="24"/>
          <w:szCs w:val="24"/>
          <w:lang w:val="hu-HU"/>
        </w:rPr>
        <w:t>prezenta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Documentatie</w:t>
      </w:r>
      <w:proofErr w:type="spellEnd"/>
      <w:r w:rsidRPr="00DE66DF">
        <w:rPr>
          <w:rFonts w:ascii="Times New Roman" w:hAnsi="Times New Roman" w:cs="Times New Roman"/>
          <w:color w:val="000000"/>
          <w:sz w:val="24"/>
          <w:szCs w:val="24"/>
          <w:lang w:val="hu-HU"/>
        </w:rPr>
        <w:t xml:space="preserve"> de</w:t>
      </w:r>
    </w:p>
    <w:p w14:paraId="5CAFD861"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atribuire</w:t>
      </w:r>
      <w:proofErr w:type="spellEnd"/>
      <w:r w:rsidRPr="00DE66DF">
        <w:rPr>
          <w:rFonts w:ascii="Times New Roman" w:hAnsi="Times New Roman" w:cs="Times New Roman"/>
          <w:color w:val="000000"/>
          <w:sz w:val="24"/>
          <w:szCs w:val="24"/>
          <w:lang w:val="hu-HU"/>
        </w:rPr>
        <w:t>.</w:t>
      </w:r>
    </w:p>
    <w:p w14:paraId="610CF048" w14:textId="77777777" w:rsidR="00DE66DF" w:rsidRPr="00DE66DF" w:rsidRDefault="00DE66DF" w:rsidP="00A6603C">
      <w:pPr>
        <w:autoSpaceDE w:val="0"/>
        <w:spacing w:after="0" w:line="360" w:lineRule="auto"/>
        <w:ind w:firstLine="720"/>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In </w:t>
      </w:r>
      <w:proofErr w:type="spellStart"/>
      <w:r w:rsidRPr="00DE66DF">
        <w:rPr>
          <w:rFonts w:ascii="Times New Roman" w:hAnsi="Times New Roman" w:cs="Times New Roman"/>
          <w:color w:val="000000"/>
          <w:sz w:val="24"/>
          <w:szCs w:val="24"/>
          <w:lang w:val="hu-HU"/>
        </w:rPr>
        <w:t>cazul</w:t>
      </w:r>
      <w:proofErr w:type="spellEnd"/>
      <w:r w:rsidRPr="00DE66DF">
        <w:rPr>
          <w:rFonts w:ascii="Times New Roman" w:hAnsi="Times New Roman" w:cs="Times New Roman"/>
          <w:color w:val="000000"/>
          <w:sz w:val="24"/>
          <w:szCs w:val="24"/>
          <w:lang w:val="hu-HU"/>
        </w:rPr>
        <w:t xml:space="preserve"> in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adjudecam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contractul</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achizitie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publica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vom</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semna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clauze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contractuale</w:t>
      </w:r>
      <w:proofErr w:type="spellEnd"/>
      <w:r w:rsidRPr="00DE66DF">
        <w:rPr>
          <w:rFonts w:ascii="Times New Roman" w:hAnsi="Times New Roman" w:cs="Times New Roman"/>
          <w:color w:val="000000"/>
          <w:sz w:val="24"/>
          <w:szCs w:val="24"/>
          <w:lang w:val="hu-HU"/>
        </w:rPr>
        <w:t>.</w:t>
      </w:r>
    </w:p>
    <w:p w14:paraId="486ADB57" w14:textId="77777777" w:rsidR="00DE66DF" w:rsidRPr="00DE66DF" w:rsidRDefault="00DE66DF" w:rsidP="00A6603C">
      <w:pPr>
        <w:autoSpaceDE w:val="0"/>
        <w:spacing w:after="0" w:line="360" w:lineRule="auto"/>
        <w:ind w:firstLine="720"/>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Autoritatea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contractanta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avea</w:t>
      </w:r>
      <w:proofErr w:type="spellEnd"/>
      <w:r w:rsidRPr="00DE66DF">
        <w:rPr>
          <w:rFonts w:ascii="Times New Roman" w:hAnsi="Times New Roman" w:cs="Times New Roman"/>
          <w:color w:val="000000"/>
          <w:sz w:val="24"/>
          <w:szCs w:val="24"/>
          <w:lang w:val="hu-HU"/>
        </w:rPr>
        <w:t xml:space="preserve"> in </w:t>
      </w:r>
      <w:proofErr w:type="spellStart"/>
      <w:r w:rsidRPr="00DE66DF">
        <w:rPr>
          <w:rFonts w:ascii="Times New Roman" w:hAnsi="Times New Roman" w:cs="Times New Roman"/>
          <w:color w:val="000000"/>
          <w:sz w:val="24"/>
          <w:szCs w:val="24"/>
          <w:lang w:val="hu-HU"/>
        </w:rPr>
        <w:t>vedere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permite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formularea</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amendamente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privire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clauzele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specifice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odata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depunerea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ofertei</w:t>
      </w:r>
      <w:proofErr w:type="spellEnd"/>
    </w:p>
    <w:p w14:paraId="466D62A2" w14:textId="77777777" w:rsidR="00DE66DF" w:rsidRPr="00DE66DF" w:rsidRDefault="00DE66DF" w:rsidP="00A6603C">
      <w:pPr>
        <w:autoSpaceDE w:val="0"/>
        <w:spacing w:after="0" w:line="360" w:lineRule="auto"/>
        <w:ind w:firstLine="720"/>
        <w:jc w:val="both"/>
        <w:rPr>
          <w:rFonts w:ascii="Times New Roman" w:hAnsi="Times New Roman" w:cs="Times New Roman"/>
          <w:color w:val="000000"/>
          <w:sz w:val="24"/>
          <w:szCs w:val="24"/>
          <w:lang w:val="hu-HU"/>
        </w:rPr>
      </w:pPr>
    </w:p>
    <w:p w14:paraId="6D6DCC5F" w14:textId="1CEE0EF4"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Data </w:t>
      </w:r>
      <w:proofErr w:type="spellStart"/>
      <w:proofErr w:type="gramStart"/>
      <w:r w:rsidRPr="00DE66DF">
        <w:rPr>
          <w:rFonts w:ascii="Times New Roman" w:hAnsi="Times New Roman" w:cs="Times New Roman"/>
          <w:color w:val="000000"/>
          <w:sz w:val="24"/>
          <w:szCs w:val="24"/>
          <w:lang w:val="hu-HU"/>
        </w:rPr>
        <w:t>completării</w:t>
      </w:r>
      <w:proofErr w:type="spellEnd"/>
      <w:r w:rsidRPr="00DE66DF">
        <w:rPr>
          <w:rFonts w:ascii="Times New Roman" w:hAnsi="Times New Roman" w:cs="Times New Roman"/>
          <w:color w:val="000000"/>
          <w:sz w:val="24"/>
          <w:szCs w:val="24"/>
          <w:lang w:val="hu-HU"/>
        </w:rPr>
        <w:t xml:space="preserve"> :</w:t>
      </w:r>
      <w:proofErr w:type="gram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p>
    <w:p w14:paraId="28464B74"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BC96D32"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OPERATOR ECONOMIC,</w:t>
      </w:r>
    </w:p>
    <w:p w14:paraId="21D19DFB" w14:textId="4EABC229" w:rsidR="00676591" w:rsidRDefault="005A061B" w:rsidP="00A6603C">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color w:val="000000"/>
          <w:sz w:val="24"/>
          <w:szCs w:val="24"/>
          <w:lang w:val="hu-HU"/>
        </w:rPr>
        <w:t xml:space="preserve"> </w:t>
      </w:r>
    </w:p>
    <w:p w14:paraId="5C7A4F11" w14:textId="4CF9AF94"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w:t>
      </w:r>
      <w:proofErr w:type="spellStart"/>
      <w:r w:rsidRPr="00DE66DF">
        <w:rPr>
          <w:rFonts w:ascii="Times New Roman" w:hAnsi="Times New Roman" w:cs="Times New Roman"/>
          <w:color w:val="000000"/>
          <w:sz w:val="24"/>
          <w:szCs w:val="24"/>
          <w:lang w:val="hu-HU"/>
        </w:rPr>
        <w:t>Reprezentanţi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legali</w:t>
      </w:r>
      <w:proofErr w:type="spellEnd"/>
    </w:p>
    <w:p w14:paraId="5B381531"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1191E6B9"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254D0C98"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17E8DE57"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5BA66F25"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1B02B97B"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529271C2"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572303A8"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7550183F"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1CBF2F63"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6D899E3D"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p>
    <w:p w14:paraId="5388699E" w14:textId="77777777" w:rsidR="00DE66DF" w:rsidRPr="00DE66DF" w:rsidRDefault="00DE66DF" w:rsidP="00A6603C">
      <w:pPr>
        <w:autoSpaceDE w:val="0"/>
        <w:spacing w:after="0" w:line="360" w:lineRule="auto"/>
        <w:jc w:val="both"/>
        <w:rPr>
          <w:rFonts w:ascii="Times New Roman" w:hAnsi="Times New Roman" w:cs="Times New Roman"/>
          <w:b/>
          <w:bCs/>
          <w:color w:val="000000"/>
          <w:sz w:val="24"/>
          <w:szCs w:val="24"/>
          <w:lang w:val="hu-HU"/>
        </w:rPr>
      </w:pPr>
      <w:r w:rsidRPr="00DE66DF">
        <w:rPr>
          <w:rFonts w:ascii="Times New Roman" w:hAnsi="Times New Roman" w:cs="Times New Roman"/>
          <w:b/>
          <w:bCs/>
          <w:color w:val="000000"/>
          <w:sz w:val="24"/>
          <w:szCs w:val="24"/>
          <w:lang w:val="hu-HU"/>
        </w:rPr>
        <w:t>OFERTANTUL</w:t>
      </w:r>
    </w:p>
    <w:p w14:paraId="12BA3542" w14:textId="159901CC" w:rsidR="00676591" w:rsidRDefault="005A061B" w:rsidP="00A6603C">
      <w:pPr>
        <w:autoSpaceDE w:val="0"/>
        <w:spacing w:after="0" w:line="360" w:lineRule="auto"/>
        <w:jc w:val="both"/>
        <w:rPr>
          <w:rFonts w:ascii="Times New Roman" w:hAnsi="Times New Roman" w:cs="Times New Roman"/>
          <w:b/>
          <w:bCs/>
          <w:i/>
          <w:iCs/>
          <w:color w:val="000000"/>
          <w:sz w:val="24"/>
          <w:szCs w:val="24"/>
          <w:lang w:val="hu-HU"/>
        </w:rPr>
      </w:pPr>
      <w:r>
        <w:rPr>
          <w:rFonts w:ascii="Times New Roman" w:hAnsi="Times New Roman" w:cs="Times New Roman"/>
          <w:sz w:val="24"/>
          <w:lang w:val="ro-RO"/>
        </w:rPr>
        <w:t>...........................................</w:t>
      </w:r>
      <w:r w:rsidR="00676591" w:rsidRPr="00DE66DF">
        <w:rPr>
          <w:rFonts w:ascii="Times New Roman" w:hAnsi="Times New Roman" w:cs="Times New Roman"/>
          <w:b/>
          <w:bCs/>
          <w:i/>
          <w:iCs/>
          <w:color w:val="000000"/>
          <w:sz w:val="24"/>
          <w:szCs w:val="24"/>
          <w:lang w:val="hu-HU"/>
        </w:rPr>
        <w:t xml:space="preserve"> </w:t>
      </w:r>
    </w:p>
    <w:p w14:paraId="0865D66B" w14:textId="5A553AB6" w:rsidR="00DE66DF" w:rsidRPr="00DE66DF" w:rsidRDefault="00DE66DF" w:rsidP="00A6603C">
      <w:pPr>
        <w:autoSpaceDE w:val="0"/>
        <w:spacing w:after="0" w:line="360" w:lineRule="auto"/>
        <w:jc w:val="both"/>
        <w:rPr>
          <w:rFonts w:ascii="Times New Roman" w:hAnsi="Times New Roman" w:cs="Times New Roman"/>
          <w:sz w:val="24"/>
          <w:szCs w:val="24"/>
        </w:rPr>
      </w:pPr>
      <w:r w:rsidRPr="00DE66DF">
        <w:rPr>
          <w:rFonts w:ascii="Times New Roman" w:hAnsi="Times New Roman" w:cs="Times New Roman"/>
          <w:b/>
          <w:bCs/>
          <w:i/>
          <w:iCs/>
          <w:color w:val="000000"/>
          <w:sz w:val="24"/>
          <w:szCs w:val="24"/>
          <w:lang w:val="hu-HU"/>
        </w:rPr>
        <w:t>(</w:t>
      </w:r>
      <w:proofErr w:type="spellStart"/>
      <w:r w:rsidRPr="00DE66DF">
        <w:rPr>
          <w:rFonts w:ascii="Times New Roman" w:hAnsi="Times New Roman" w:cs="Times New Roman"/>
          <w:b/>
          <w:bCs/>
          <w:i/>
          <w:iCs/>
          <w:color w:val="000000"/>
          <w:sz w:val="24"/>
          <w:szCs w:val="24"/>
          <w:lang w:val="hu-HU"/>
        </w:rPr>
        <w:t>denumirea</w:t>
      </w:r>
      <w:proofErr w:type="spellEnd"/>
      <w:r w:rsidRPr="00DE66DF">
        <w:rPr>
          <w:rFonts w:ascii="Times New Roman" w:hAnsi="Times New Roman" w:cs="Times New Roman"/>
          <w:b/>
          <w:bCs/>
          <w:i/>
          <w:iCs/>
          <w:color w:val="000000"/>
          <w:sz w:val="24"/>
          <w:szCs w:val="24"/>
          <w:lang w:val="hu-HU"/>
        </w:rPr>
        <w:t>/</w:t>
      </w:r>
      <w:proofErr w:type="spellStart"/>
      <w:r w:rsidRPr="00DE66DF">
        <w:rPr>
          <w:rFonts w:ascii="Times New Roman" w:hAnsi="Times New Roman" w:cs="Times New Roman"/>
          <w:b/>
          <w:bCs/>
          <w:i/>
          <w:iCs/>
          <w:color w:val="000000"/>
          <w:sz w:val="24"/>
          <w:szCs w:val="24"/>
          <w:lang w:val="hu-HU"/>
        </w:rPr>
        <w:t>numele</w:t>
      </w:r>
      <w:proofErr w:type="spellEnd"/>
      <w:r w:rsidRPr="00DE66DF">
        <w:rPr>
          <w:rFonts w:ascii="Times New Roman" w:hAnsi="Times New Roman" w:cs="Times New Roman"/>
          <w:i/>
          <w:iCs/>
          <w:color w:val="000000"/>
          <w:sz w:val="24"/>
          <w:szCs w:val="24"/>
          <w:lang w:val="hu-HU"/>
        </w:rPr>
        <w:t>)</w:t>
      </w:r>
    </w:p>
    <w:p w14:paraId="45DF8297" w14:textId="77777777" w:rsidR="00DE66DF" w:rsidRPr="00DE66DF" w:rsidRDefault="00DE66DF" w:rsidP="00A6603C">
      <w:pPr>
        <w:autoSpaceDE w:val="0"/>
        <w:spacing w:after="0" w:line="360" w:lineRule="auto"/>
        <w:jc w:val="both"/>
        <w:rPr>
          <w:rFonts w:ascii="Times New Roman" w:hAnsi="Times New Roman" w:cs="Times New Roman"/>
          <w:i/>
          <w:iCs/>
          <w:color w:val="000000"/>
          <w:sz w:val="24"/>
          <w:szCs w:val="24"/>
          <w:lang w:val="hu-HU"/>
        </w:rPr>
      </w:pPr>
    </w:p>
    <w:p w14:paraId="2AA1ABC8" w14:textId="77777777" w:rsidR="00DE66DF" w:rsidRPr="00DE66DF" w:rsidRDefault="00DE66DF" w:rsidP="00A6603C">
      <w:pPr>
        <w:autoSpaceDE w:val="0"/>
        <w:spacing w:after="0" w:line="360" w:lineRule="auto"/>
        <w:jc w:val="center"/>
        <w:rPr>
          <w:rFonts w:ascii="Times New Roman" w:hAnsi="Times New Roman" w:cs="Times New Roman"/>
          <w:b/>
          <w:bCs/>
          <w:i/>
          <w:iCs/>
          <w:color w:val="000000"/>
          <w:sz w:val="24"/>
          <w:szCs w:val="24"/>
          <w:lang w:val="hu-HU"/>
        </w:rPr>
      </w:pPr>
      <w:r w:rsidRPr="00DE66DF">
        <w:rPr>
          <w:rFonts w:ascii="Times New Roman" w:hAnsi="Times New Roman" w:cs="Times New Roman"/>
          <w:b/>
          <w:bCs/>
          <w:i/>
          <w:iCs/>
          <w:color w:val="000000"/>
          <w:sz w:val="24"/>
          <w:szCs w:val="24"/>
          <w:lang w:val="hu-HU"/>
        </w:rPr>
        <w:t>DECLARAŢIE PRIVIND SĂNĂTATEA ŞI SECURITATEA ÎN MUNCĂ</w:t>
      </w:r>
    </w:p>
    <w:p w14:paraId="1747D1BA" w14:textId="77777777" w:rsidR="00DE66DF" w:rsidRPr="00DE66DF" w:rsidRDefault="00DE66DF" w:rsidP="00A6603C">
      <w:pPr>
        <w:autoSpaceDE w:val="0"/>
        <w:spacing w:after="0" w:line="360" w:lineRule="auto"/>
        <w:jc w:val="center"/>
        <w:rPr>
          <w:rFonts w:ascii="Times New Roman" w:hAnsi="Times New Roman" w:cs="Times New Roman"/>
          <w:b/>
          <w:bCs/>
          <w:i/>
          <w:iCs/>
          <w:color w:val="000000"/>
          <w:sz w:val="24"/>
          <w:szCs w:val="24"/>
          <w:lang w:val="hu-HU"/>
        </w:rPr>
      </w:pPr>
    </w:p>
    <w:p w14:paraId="39459DA5" w14:textId="77777777" w:rsidR="00DE66DF" w:rsidRPr="00DE66DF" w:rsidRDefault="00DE66DF" w:rsidP="00A6603C">
      <w:pPr>
        <w:autoSpaceDE w:val="0"/>
        <w:spacing w:after="0" w:line="360" w:lineRule="auto"/>
        <w:jc w:val="center"/>
        <w:rPr>
          <w:rFonts w:ascii="Times New Roman" w:hAnsi="Times New Roman" w:cs="Times New Roman"/>
          <w:b/>
          <w:bCs/>
          <w:i/>
          <w:iCs/>
          <w:color w:val="000000"/>
          <w:sz w:val="24"/>
          <w:szCs w:val="24"/>
          <w:lang w:val="hu-HU"/>
        </w:rPr>
      </w:pPr>
    </w:p>
    <w:p w14:paraId="3EBD8AF3" w14:textId="114B56E8"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roofErr w:type="spellStart"/>
      <w:r w:rsidRPr="00DE66DF">
        <w:rPr>
          <w:rFonts w:ascii="Times New Roman" w:hAnsi="Times New Roman" w:cs="Times New Roman"/>
          <w:color w:val="000000"/>
          <w:sz w:val="24"/>
          <w:szCs w:val="24"/>
          <w:lang w:val="hu-HU"/>
        </w:rPr>
        <w:t>Subsemnatul</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nume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prenume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reprezentant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împuternicit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al</w:t>
      </w:r>
      <w:proofErr w:type="spell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sz w:val="24"/>
          <w:lang w:val="ro-RO"/>
        </w:rPr>
        <w:t>...........................................</w:t>
      </w:r>
      <w:r w:rsidRPr="00DE66DF">
        <w:rPr>
          <w:rFonts w:ascii="Times New Roman" w:hAnsi="Times New Roman" w:cs="Times New Roman"/>
          <w:color w:val="000000"/>
          <w:sz w:val="24"/>
          <w:szCs w:val="24"/>
          <w:lang w:val="hu-HU"/>
        </w:rPr>
        <w:t xml:space="preserve">  </w:t>
      </w:r>
      <w:proofErr w:type="gramStart"/>
      <w:r w:rsidRPr="00DE66DF">
        <w:rPr>
          <w:rFonts w:ascii="Times New Roman" w:hAnsi="Times New Roman" w:cs="Times New Roman"/>
          <w:color w:val="000000"/>
          <w:sz w:val="24"/>
          <w:szCs w:val="24"/>
          <w:lang w:val="hu-HU"/>
        </w:rPr>
        <w:t>(</w:t>
      </w:r>
      <w:proofErr w:type="spellStart"/>
      <w:proofErr w:type="gramEnd"/>
      <w:r w:rsidRPr="00DE66DF">
        <w:rPr>
          <w:rFonts w:ascii="Times New Roman" w:hAnsi="Times New Roman" w:cs="Times New Roman"/>
          <w:color w:val="000000"/>
          <w:sz w:val="24"/>
          <w:szCs w:val="24"/>
          <w:lang w:val="hu-HU"/>
        </w:rPr>
        <w:t>denumirea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operatorului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economic</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mă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anagajez</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execut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lucrările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construcții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conformitate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regulile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obligatorii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referitoare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condiţiile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muncă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protecţie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muncii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sunt</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vigoare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România</w:t>
      </w:r>
      <w:proofErr w:type="spellEnd"/>
      <w:r w:rsidRPr="00DE66DF">
        <w:rPr>
          <w:rFonts w:ascii="Times New Roman" w:hAnsi="Times New Roman" w:cs="Times New Roman"/>
          <w:color w:val="000000"/>
          <w:sz w:val="24"/>
          <w:szCs w:val="24"/>
          <w:lang w:val="hu-HU"/>
        </w:rPr>
        <w:t>.</w:t>
      </w:r>
    </w:p>
    <w:p w14:paraId="0888551D" w14:textId="77777777" w:rsidR="00DE66DF" w:rsidRPr="00DE66DF" w:rsidRDefault="00DE66DF" w:rsidP="00A6603C">
      <w:pPr>
        <w:pStyle w:val="Default"/>
        <w:spacing w:line="360" w:lineRule="auto"/>
        <w:ind w:firstLine="720"/>
        <w:jc w:val="both"/>
        <w:rPr>
          <w:color w:val="auto"/>
        </w:rPr>
      </w:pPr>
      <w:proofErr w:type="spellStart"/>
      <w:r w:rsidRPr="00DE66DF">
        <w:rPr>
          <w:color w:val="auto"/>
        </w:rPr>
        <w:t>Declar</w:t>
      </w:r>
      <w:proofErr w:type="spellEnd"/>
      <w:r w:rsidRPr="00DE66DF">
        <w:rPr>
          <w:color w:val="auto"/>
        </w:rPr>
        <w:t xml:space="preserve"> pe propria </w:t>
      </w:r>
      <w:proofErr w:type="spellStart"/>
      <w:r w:rsidRPr="00DE66DF">
        <w:rPr>
          <w:color w:val="auto"/>
        </w:rPr>
        <w:t>raspundere</w:t>
      </w:r>
      <w:proofErr w:type="spellEnd"/>
      <w:r w:rsidRPr="00DE66DF">
        <w:rPr>
          <w:color w:val="auto"/>
        </w:rPr>
        <w:t xml:space="preserve"> ca ma </w:t>
      </w:r>
      <w:proofErr w:type="spellStart"/>
      <w:r w:rsidRPr="00DE66DF">
        <w:rPr>
          <w:color w:val="auto"/>
        </w:rPr>
        <w:t>angajez</w:t>
      </w:r>
      <w:proofErr w:type="spellEnd"/>
      <w:r w:rsidRPr="00DE66DF">
        <w:rPr>
          <w:color w:val="auto"/>
        </w:rPr>
        <w:t xml:space="preserve"> ca, pe </w:t>
      </w:r>
      <w:proofErr w:type="spellStart"/>
      <w:r w:rsidRPr="00DE66DF">
        <w:rPr>
          <w:color w:val="auto"/>
        </w:rPr>
        <w:t>parcursul</w:t>
      </w:r>
      <w:proofErr w:type="spellEnd"/>
      <w:r w:rsidRPr="00DE66DF">
        <w:rPr>
          <w:color w:val="auto"/>
        </w:rPr>
        <w:t xml:space="preserve"> </w:t>
      </w:r>
      <w:proofErr w:type="spellStart"/>
      <w:r w:rsidRPr="00DE66DF">
        <w:rPr>
          <w:color w:val="auto"/>
        </w:rPr>
        <w:t>îndeplinirii</w:t>
      </w:r>
      <w:proofErr w:type="spellEnd"/>
      <w:r w:rsidRPr="00DE66DF">
        <w:rPr>
          <w:color w:val="auto"/>
        </w:rPr>
        <w:t xml:space="preserve"> </w:t>
      </w:r>
      <w:proofErr w:type="spellStart"/>
      <w:r w:rsidRPr="00DE66DF">
        <w:rPr>
          <w:color w:val="auto"/>
        </w:rPr>
        <w:t>contractului</w:t>
      </w:r>
      <w:proofErr w:type="spellEnd"/>
      <w:r w:rsidRPr="00DE66DF">
        <w:rPr>
          <w:color w:val="auto"/>
        </w:rPr>
        <w:t xml:space="preserve">, </w:t>
      </w:r>
      <w:proofErr w:type="spellStart"/>
      <w:r w:rsidRPr="00DE66DF">
        <w:rPr>
          <w:color w:val="auto"/>
        </w:rPr>
        <w:t>sa</w:t>
      </w:r>
      <w:proofErr w:type="spellEnd"/>
      <w:r w:rsidRPr="00DE66DF">
        <w:rPr>
          <w:color w:val="auto"/>
        </w:rPr>
        <w:t xml:space="preserve"> respect </w:t>
      </w:r>
      <w:proofErr w:type="spellStart"/>
      <w:r w:rsidRPr="00DE66DF">
        <w:rPr>
          <w:color w:val="auto"/>
        </w:rPr>
        <w:t>regulile</w:t>
      </w:r>
      <w:proofErr w:type="spellEnd"/>
      <w:r w:rsidRPr="00DE66DF">
        <w:rPr>
          <w:color w:val="auto"/>
        </w:rPr>
        <w:t xml:space="preserve"> </w:t>
      </w:r>
      <w:proofErr w:type="spellStart"/>
      <w:r w:rsidRPr="00DE66DF">
        <w:rPr>
          <w:color w:val="auto"/>
        </w:rPr>
        <w:t>obligatorii</w:t>
      </w:r>
      <w:proofErr w:type="spellEnd"/>
      <w:r w:rsidRPr="00DE66DF">
        <w:rPr>
          <w:color w:val="auto"/>
        </w:rPr>
        <w:t xml:space="preserve"> </w:t>
      </w:r>
      <w:proofErr w:type="spellStart"/>
      <w:r w:rsidRPr="00DE66DF">
        <w:rPr>
          <w:color w:val="auto"/>
        </w:rPr>
        <w:t>referitoare</w:t>
      </w:r>
      <w:proofErr w:type="spellEnd"/>
      <w:r w:rsidRPr="00DE66DF">
        <w:rPr>
          <w:color w:val="auto"/>
        </w:rPr>
        <w:t xml:space="preserve"> la: </w:t>
      </w:r>
      <w:proofErr w:type="spellStart"/>
      <w:r w:rsidRPr="00DE66DF">
        <w:rPr>
          <w:color w:val="auto"/>
        </w:rPr>
        <w:t>domeniile</w:t>
      </w:r>
      <w:proofErr w:type="spellEnd"/>
      <w:r w:rsidRPr="00DE66DF">
        <w:rPr>
          <w:color w:val="auto"/>
        </w:rPr>
        <w:t xml:space="preserve">: </w:t>
      </w:r>
      <w:proofErr w:type="spellStart"/>
      <w:r w:rsidRPr="00DE66DF">
        <w:rPr>
          <w:color w:val="auto"/>
        </w:rPr>
        <w:t>mediu</w:t>
      </w:r>
      <w:proofErr w:type="spellEnd"/>
      <w:r w:rsidRPr="00DE66DF">
        <w:rPr>
          <w:color w:val="auto"/>
        </w:rPr>
        <w:t xml:space="preserve">, social </w:t>
      </w:r>
      <w:proofErr w:type="spellStart"/>
      <w:r w:rsidRPr="00DE66DF">
        <w:rPr>
          <w:color w:val="auto"/>
        </w:rPr>
        <w:t>si</w:t>
      </w:r>
      <w:proofErr w:type="spellEnd"/>
      <w:r w:rsidRPr="00DE66DF">
        <w:rPr>
          <w:color w:val="auto"/>
        </w:rPr>
        <w:t xml:space="preserve"> al </w:t>
      </w:r>
      <w:proofErr w:type="spellStart"/>
      <w:r w:rsidRPr="00DE66DF">
        <w:rPr>
          <w:color w:val="auto"/>
        </w:rPr>
        <w:t>relatiilor</w:t>
      </w:r>
      <w:proofErr w:type="spellEnd"/>
      <w:r w:rsidRPr="00DE66DF">
        <w:rPr>
          <w:color w:val="auto"/>
        </w:rPr>
        <w:t xml:space="preserve"> de </w:t>
      </w:r>
      <w:proofErr w:type="spellStart"/>
      <w:r w:rsidRPr="00DE66DF">
        <w:rPr>
          <w:color w:val="auto"/>
        </w:rPr>
        <w:t>munca</w:t>
      </w:r>
      <w:proofErr w:type="spellEnd"/>
      <w:r w:rsidRPr="00DE66DF">
        <w:rPr>
          <w:color w:val="auto"/>
        </w:rPr>
        <w:t xml:space="preserve"> </w:t>
      </w:r>
      <w:proofErr w:type="spellStart"/>
      <w:r w:rsidRPr="00DE66DF">
        <w:rPr>
          <w:color w:val="auto"/>
        </w:rPr>
        <w:t>si</w:t>
      </w:r>
      <w:proofErr w:type="spellEnd"/>
      <w:r w:rsidRPr="00DE66DF">
        <w:rPr>
          <w:color w:val="auto"/>
        </w:rPr>
        <w:t xml:space="preserve"> </w:t>
      </w:r>
      <w:proofErr w:type="spellStart"/>
      <w:r w:rsidRPr="00DE66DF">
        <w:rPr>
          <w:color w:val="auto"/>
        </w:rPr>
        <w:t>protectia</w:t>
      </w:r>
      <w:proofErr w:type="spellEnd"/>
      <w:r w:rsidRPr="00DE66DF">
        <w:rPr>
          <w:color w:val="auto"/>
        </w:rPr>
        <w:t xml:space="preserve"> </w:t>
      </w:r>
      <w:proofErr w:type="spellStart"/>
      <w:r w:rsidRPr="00DE66DF">
        <w:rPr>
          <w:color w:val="auto"/>
        </w:rPr>
        <w:t>muncii</w:t>
      </w:r>
      <w:proofErr w:type="spellEnd"/>
      <w:r w:rsidRPr="00DE66DF">
        <w:rPr>
          <w:color w:val="auto"/>
        </w:rPr>
        <w:t xml:space="preserve">, care sunt </w:t>
      </w:r>
      <w:proofErr w:type="spellStart"/>
      <w:r w:rsidRPr="00DE66DF">
        <w:rPr>
          <w:color w:val="auto"/>
        </w:rPr>
        <w:t>în</w:t>
      </w:r>
      <w:proofErr w:type="spellEnd"/>
      <w:r w:rsidRPr="00DE66DF">
        <w:rPr>
          <w:color w:val="auto"/>
        </w:rPr>
        <w:t xml:space="preserve"> </w:t>
      </w:r>
      <w:proofErr w:type="spellStart"/>
      <w:r w:rsidRPr="00DE66DF">
        <w:rPr>
          <w:color w:val="auto"/>
        </w:rPr>
        <w:t>vigoare</w:t>
      </w:r>
      <w:proofErr w:type="spellEnd"/>
      <w:r w:rsidRPr="00DE66DF">
        <w:rPr>
          <w:color w:val="auto"/>
        </w:rPr>
        <w:t xml:space="preserve"> </w:t>
      </w:r>
      <w:proofErr w:type="spellStart"/>
      <w:r w:rsidRPr="00DE66DF">
        <w:rPr>
          <w:color w:val="auto"/>
        </w:rPr>
        <w:t>în</w:t>
      </w:r>
      <w:proofErr w:type="spellEnd"/>
      <w:r w:rsidRPr="00DE66DF">
        <w:rPr>
          <w:color w:val="auto"/>
        </w:rPr>
        <w:t xml:space="preserve"> </w:t>
      </w:r>
      <w:proofErr w:type="spellStart"/>
      <w:r w:rsidRPr="00DE66DF">
        <w:rPr>
          <w:color w:val="auto"/>
        </w:rPr>
        <w:t>România</w:t>
      </w:r>
      <w:proofErr w:type="spellEnd"/>
      <w:r w:rsidRPr="00DE66DF">
        <w:rPr>
          <w:color w:val="auto"/>
        </w:rPr>
        <w:t xml:space="preserve">. </w:t>
      </w:r>
    </w:p>
    <w:p w14:paraId="7135DBED" w14:textId="77777777" w:rsidR="00DE66DF" w:rsidRPr="00DE66DF" w:rsidRDefault="00DE66DF" w:rsidP="00A6603C">
      <w:pPr>
        <w:pStyle w:val="Default"/>
        <w:spacing w:line="360" w:lineRule="auto"/>
        <w:ind w:firstLine="720"/>
        <w:jc w:val="both"/>
        <w:rPr>
          <w:color w:val="auto"/>
        </w:rPr>
      </w:pPr>
      <w:proofErr w:type="spellStart"/>
      <w:r w:rsidRPr="00DE66DF">
        <w:rPr>
          <w:color w:val="auto"/>
        </w:rPr>
        <w:t>Declar</w:t>
      </w:r>
      <w:proofErr w:type="spellEnd"/>
      <w:r w:rsidRPr="00DE66DF">
        <w:rPr>
          <w:color w:val="auto"/>
        </w:rPr>
        <w:t xml:space="preserve"> pe propria </w:t>
      </w:r>
      <w:proofErr w:type="spellStart"/>
      <w:r w:rsidRPr="00DE66DF">
        <w:rPr>
          <w:color w:val="auto"/>
        </w:rPr>
        <w:t>raspundere</w:t>
      </w:r>
      <w:proofErr w:type="spellEnd"/>
      <w:r w:rsidRPr="00DE66DF">
        <w:rPr>
          <w:color w:val="auto"/>
        </w:rPr>
        <w:t xml:space="preserve"> ca </w:t>
      </w:r>
      <w:proofErr w:type="spellStart"/>
      <w:r w:rsidRPr="00DE66DF">
        <w:rPr>
          <w:color w:val="auto"/>
        </w:rPr>
        <w:t>informatiile</w:t>
      </w:r>
      <w:proofErr w:type="spellEnd"/>
      <w:r w:rsidRPr="00DE66DF">
        <w:rPr>
          <w:color w:val="auto"/>
        </w:rPr>
        <w:t xml:space="preserve"> </w:t>
      </w:r>
      <w:proofErr w:type="spellStart"/>
      <w:r w:rsidRPr="00DE66DF">
        <w:rPr>
          <w:color w:val="auto"/>
        </w:rPr>
        <w:t>furnizate</w:t>
      </w:r>
      <w:proofErr w:type="spellEnd"/>
      <w:r w:rsidRPr="00DE66DF">
        <w:rPr>
          <w:color w:val="auto"/>
        </w:rPr>
        <w:t xml:space="preserve"> sunt complete </w:t>
      </w:r>
      <w:proofErr w:type="spellStart"/>
      <w:r w:rsidRPr="00DE66DF">
        <w:rPr>
          <w:color w:val="auto"/>
        </w:rPr>
        <w:t>si</w:t>
      </w:r>
      <w:proofErr w:type="spellEnd"/>
      <w:r w:rsidRPr="00DE66DF">
        <w:rPr>
          <w:color w:val="auto"/>
        </w:rPr>
        <w:t xml:space="preserve"> </w:t>
      </w:r>
      <w:proofErr w:type="spellStart"/>
      <w:r w:rsidRPr="00DE66DF">
        <w:rPr>
          <w:color w:val="auto"/>
        </w:rPr>
        <w:t>corecte</w:t>
      </w:r>
      <w:proofErr w:type="spellEnd"/>
      <w:r w:rsidRPr="00DE66DF">
        <w:rPr>
          <w:color w:val="auto"/>
        </w:rPr>
        <w:t xml:space="preserve"> in </w:t>
      </w:r>
      <w:proofErr w:type="spellStart"/>
      <w:r w:rsidRPr="00DE66DF">
        <w:rPr>
          <w:color w:val="auto"/>
        </w:rPr>
        <w:t>fiecare</w:t>
      </w:r>
      <w:proofErr w:type="spellEnd"/>
      <w:r w:rsidRPr="00DE66DF">
        <w:rPr>
          <w:color w:val="auto"/>
        </w:rPr>
        <w:t xml:space="preserve"> </w:t>
      </w:r>
      <w:proofErr w:type="spellStart"/>
      <w:r w:rsidRPr="00DE66DF">
        <w:rPr>
          <w:color w:val="auto"/>
        </w:rPr>
        <w:t>detaliu</w:t>
      </w:r>
      <w:proofErr w:type="spellEnd"/>
      <w:r w:rsidRPr="00DE66DF">
        <w:rPr>
          <w:color w:val="auto"/>
        </w:rPr>
        <w:t xml:space="preserve"> </w:t>
      </w:r>
      <w:proofErr w:type="spellStart"/>
      <w:r w:rsidRPr="00DE66DF">
        <w:rPr>
          <w:color w:val="auto"/>
        </w:rPr>
        <w:t>si</w:t>
      </w:r>
      <w:proofErr w:type="spellEnd"/>
      <w:r w:rsidRPr="00DE66DF">
        <w:rPr>
          <w:color w:val="auto"/>
        </w:rPr>
        <w:t xml:space="preserve"> </w:t>
      </w:r>
      <w:proofErr w:type="spellStart"/>
      <w:r w:rsidRPr="00DE66DF">
        <w:rPr>
          <w:color w:val="auto"/>
        </w:rPr>
        <w:t>inteleg</w:t>
      </w:r>
      <w:proofErr w:type="spellEnd"/>
      <w:r w:rsidRPr="00DE66DF">
        <w:rPr>
          <w:color w:val="auto"/>
        </w:rPr>
        <w:t xml:space="preserve"> ca </w:t>
      </w:r>
      <w:proofErr w:type="spellStart"/>
      <w:r w:rsidRPr="00DE66DF">
        <w:rPr>
          <w:color w:val="auto"/>
        </w:rPr>
        <w:t>autoritatea</w:t>
      </w:r>
      <w:proofErr w:type="spellEnd"/>
      <w:r w:rsidRPr="00DE66DF">
        <w:rPr>
          <w:color w:val="auto"/>
        </w:rPr>
        <w:t xml:space="preserve"> </w:t>
      </w:r>
      <w:proofErr w:type="spellStart"/>
      <w:r w:rsidRPr="00DE66DF">
        <w:rPr>
          <w:color w:val="auto"/>
        </w:rPr>
        <w:t>contractanta</w:t>
      </w:r>
      <w:proofErr w:type="spellEnd"/>
      <w:r w:rsidRPr="00DE66DF">
        <w:rPr>
          <w:color w:val="auto"/>
        </w:rPr>
        <w:t xml:space="preserve"> are </w:t>
      </w:r>
      <w:proofErr w:type="spellStart"/>
      <w:r w:rsidRPr="00DE66DF">
        <w:rPr>
          <w:color w:val="auto"/>
        </w:rPr>
        <w:t>dreptul</w:t>
      </w:r>
      <w:proofErr w:type="spellEnd"/>
      <w:r w:rsidRPr="00DE66DF">
        <w:rPr>
          <w:color w:val="auto"/>
        </w:rPr>
        <w:t xml:space="preserve"> de a </w:t>
      </w:r>
      <w:proofErr w:type="spellStart"/>
      <w:r w:rsidRPr="00DE66DF">
        <w:rPr>
          <w:color w:val="auto"/>
        </w:rPr>
        <w:t>solicita</w:t>
      </w:r>
      <w:proofErr w:type="spellEnd"/>
      <w:r w:rsidRPr="00DE66DF">
        <w:rPr>
          <w:color w:val="auto"/>
        </w:rPr>
        <w:t xml:space="preserve">, in </w:t>
      </w:r>
      <w:proofErr w:type="spellStart"/>
      <w:r w:rsidRPr="00DE66DF">
        <w:rPr>
          <w:color w:val="auto"/>
        </w:rPr>
        <w:t>scopul</w:t>
      </w:r>
      <w:proofErr w:type="spellEnd"/>
      <w:r w:rsidRPr="00DE66DF">
        <w:rPr>
          <w:color w:val="auto"/>
        </w:rPr>
        <w:t xml:space="preserve"> </w:t>
      </w:r>
      <w:proofErr w:type="spellStart"/>
      <w:r w:rsidRPr="00DE66DF">
        <w:rPr>
          <w:color w:val="auto"/>
        </w:rPr>
        <w:t>verificarii</w:t>
      </w:r>
      <w:proofErr w:type="spellEnd"/>
      <w:r w:rsidRPr="00DE66DF">
        <w:rPr>
          <w:color w:val="auto"/>
        </w:rPr>
        <w:t xml:space="preserve"> </w:t>
      </w:r>
      <w:proofErr w:type="spellStart"/>
      <w:r w:rsidRPr="00DE66DF">
        <w:rPr>
          <w:color w:val="auto"/>
        </w:rPr>
        <w:t>si</w:t>
      </w:r>
      <w:proofErr w:type="spellEnd"/>
      <w:r w:rsidRPr="00DE66DF">
        <w:rPr>
          <w:color w:val="auto"/>
        </w:rPr>
        <w:t xml:space="preserve"> </w:t>
      </w:r>
      <w:proofErr w:type="spellStart"/>
      <w:r w:rsidRPr="00DE66DF">
        <w:rPr>
          <w:color w:val="auto"/>
        </w:rPr>
        <w:t>confirmarii</w:t>
      </w:r>
      <w:proofErr w:type="spellEnd"/>
      <w:r w:rsidRPr="00DE66DF">
        <w:rPr>
          <w:color w:val="auto"/>
        </w:rPr>
        <w:t xml:space="preserve"> </w:t>
      </w:r>
      <w:proofErr w:type="spellStart"/>
      <w:r w:rsidRPr="00DE66DF">
        <w:rPr>
          <w:color w:val="auto"/>
        </w:rPr>
        <w:t>declaratiilor</w:t>
      </w:r>
      <w:proofErr w:type="spellEnd"/>
      <w:r w:rsidRPr="00DE66DF">
        <w:rPr>
          <w:color w:val="auto"/>
        </w:rPr>
        <w:t xml:space="preserve">, </w:t>
      </w:r>
      <w:proofErr w:type="spellStart"/>
      <w:r w:rsidRPr="00DE66DF">
        <w:rPr>
          <w:color w:val="auto"/>
        </w:rPr>
        <w:t>situatiilor</w:t>
      </w:r>
      <w:proofErr w:type="spellEnd"/>
      <w:r w:rsidRPr="00DE66DF">
        <w:rPr>
          <w:color w:val="auto"/>
        </w:rPr>
        <w:t xml:space="preserve"> </w:t>
      </w:r>
      <w:proofErr w:type="spellStart"/>
      <w:r w:rsidRPr="00DE66DF">
        <w:rPr>
          <w:color w:val="auto"/>
        </w:rPr>
        <w:t>si</w:t>
      </w:r>
      <w:proofErr w:type="spellEnd"/>
      <w:r w:rsidRPr="00DE66DF">
        <w:rPr>
          <w:color w:val="auto"/>
        </w:rPr>
        <w:t xml:space="preserve"> </w:t>
      </w:r>
      <w:proofErr w:type="spellStart"/>
      <w:r w:rsidRPr="00DE66DF">
        <w:rPr>
          <w:color w:val="auto"/>
        </w:rPr>
        <w:t>documentelor</w:t>
      </w:r>
      <w:proofErr w:type="spellEnd"/>
      <w:r w:rsidRPr="00DE66DF">
        <w:rPr>
          <w:color w:val="auto"/>
        </w:rPr>
        <w:t xml:space="preserve"> care </w:t>
      </w:r>
      <w:proofErr w:type="spellStart"/>
      <w:r w:rsidRPr="00DE66DF">
        <w:rPr>
          <w:color w:val="auto"/>
        </w:rPr>
        <w:t>insotesc</w:t>
      </w:r>
      <w:proofErr w:type="spellEnd"/>
      <w:r w:rsidRPr="00DE66DF">
        <w:rPr>
          <w:color w:val="auto"/>
        </w:rPr>
        <w:t xml:space="preserve"> </w:t>
      </w:r>
      <w:proofErr w:type="spellStart"/>
      <w:r w:rsidRPr="00DE66DF">
        <w:rPr>
          <w:color w:val="auto"/>
        </w:rPr>
        <w:t>oferta</w:t>
      </w:r>
      <w:proofErr w:type="spellEnd"/>
      <w:r w:rsidRPr="00DE66DF">
        <w:rPr>
          <w:color w:val="auto"/>
        </w:rPr>
        <w:t xml:space="preserve">, </w:t>
      </w:r>
      <w:proofErr w:type="spellStart"/>
      <w:r w:rsidRPr="00DE66DF">
        <w:rPr>
          <w:color w:val="auto"/>
        </w:rPr>
        <w:t>orice</w:t>
      </w:r>
      <w:proofErr w:type="spellEnd"/>
      <w:r w:rsidRPr="00DE66DF">
        <w:rPr>
          <w:color w:val="auto"/>
        </w:rPr>
        <w:t xml:space="preserve"> </w:t>
      </w:r>
      <w:proofErr w:type="spellStart"/>
      <w:r w:rsidRPr="00DE66DF">
        <w:rPr>
          <w:color w:val="auto"/>
        </w:rPr>
        <w:t>documente</w:t>
      </w:r>
      <w:proofErr w:type="spellEnd"/>
      <w:r w:rsidRPr="00DE66DF">
        <w:rPr>
          <w:color w:val="auto"/>
        </w:rPr>
        <w:t xml:space="preserve"> </w:t>
      </w:r>
      <w:proofErr w:type="spellStart"/>
      <w:r w:rsidRPr="00DE66DF">
        <w:rPr>
          <w:color w:val="auto"/>
        </w:rPr>
        <w:t>si</w:t>
      </w:r>
      <w:proofErr w:type="spellEnd"/>
      <w:r w:rsidRPr="00DE66DF">
        <w:rPr>
          <w:color w:val="auto"/>
        </w:rPr>
        <w:t xml:space="preserve"> </w:t>
      </w:r>
      <w:proofErr w:type="spellStart"/>
      <w:r w:rsidRPr="00DE66DF">
        <w:rPr>
          <w:color w:val="auto"/>
        </w:rPr>
        <w:t>informatii</w:t>
      </w:r>
      <w:proofErr w:type="spellEnd"/>
      <w:r w:rsidRPr="00DE66DF">
        <w:rPr>
          <w:color w:val="auto"/>
        </w:rPr>
        <w:t xml:space="preserve"> </w:t>
      </w:r>
      <w:proofErr w:type="spellStart"/>
      <w:r w:rsidRPr="00DE66DF">
        <w:rPr>
          <w:color w:val="auto"/>
        </w:rPr>
        <w:t>suplimentare</w:t>
      </w:r>
      <w:proofErr w:type="spellEnd"/>
      <w:r w:rsidRPr="00DE66DF">
        <w:rPr>
          <w:color w:val="auto"/>
        </w:rPr>
        <w:t xml:space="preserve"> in </w:t>
      </w:r>
      <w:proofErr w:type="spellStart"/>
      <w:r w:rsidRPr="00DE66DF">
        <w:rPr>
          <w:color w:val="auto"/>
        </w:rPr>
        <w:t>scopul</w:t>
      </w:r>
      <w:proofErr w:type="spellEnd"/>
      <w:r w:rsidRPr="00DE66DF">
        <w:rPr>
          <w:color w:val="auto"/>
        </w:rPr>
        <w:t xml:space="preserve"> </w:t>
      </w:r>
      <w:proofErr w:type="spellStart"/>
      <w:r w:rsidRPr="00DE66DF">
        <w:rPr>
          <w:color w:val="auto"/>
        </w:rPr>
        <w:t>verificarii</w:t>
      </w:r>
      <w:proofErr w:type="spellEnd"/>
      <w:r w:rsidRPr="00DE66DF">
        <w:rPr>
          <w:color w:val="auto"/>
        </w:rPr>
        <w:t xml:space="preserve"> </w:t>
      </w:r>
      <w:proofErr w:type="spellStart"/>
      <w:r w:rsidRPr="00DE66DF">
        <w:rPr>
          <w:color w:val="auto"/>
        </w:rPr>
        <w:t>datelor</w:t>
      </w:r>
      <w:proofErr w:type="spellEnd"/>
      <w:r w:rsidRPr="00DE66DF">
        <w:rPr>
          <w:color w:val="auto"/>
        </w:rPr>
        <w:t xml:space="preserve"> din </w:t>
      </w:r>
      <w:proofErr w:type="spellStart"/>
      <w:r w:rsidRPr="00DE66DF">
        <w:rPr>
          <w:color w:val="auto"/>
        </w:rPr>
        <w:t>prezenta</w:t>
      </w:r>
      <w:proofErr w:type="spellEnd"/>
      <w:r w:rsidRPr="00DE66DF">
        <w:rPr>
          <w:color w:val="auto"/>
        </w:rPr>
        <w:t xml:space="preserve"> </w:t>
      </w:r>
      <w:proofErr w:type="spellStart"/>
      <w:r w:rsidRPr="00DE66DF">
        <w:rPr>
          <w:color w:val="auto"/>
        </w:rPr>
        <w:t>declaratie</w:t>
      </w:r>
      <w:proofErr w:type="spellEnd"/>
      <w:r w:rsidRPr="00DE66DF">
        <w:rPr>
          <w:color w:val="auto"/>
        </w:rPr>
        <w:t xml:space="preserve">. </w:t>
      </w:r>
    </w:p>
    <w:p w14:paraId="3A42FB40"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De </w:t>
      </w:r>
      <w:proofErr w:type="spellStart"/>
      <w:r w:rsidRPr="00DE66DF">
        <w:rPr>
          <w:rFonts w:ascii="Times New Roman" w:hAnsi="Times New Roman" w:cs="Times New Roman"/>
          <w:color w:val="000000"/>
          <w:sz w:val="24"/>
          <w:szCs w:val="24"/>
          <w:lang w:val="hu-HU"/>
        </w:rPr>
        <w:t>asemenea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propria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răspundere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că</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elaborare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ofertei</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ţinut</w:t>
      </w:r>
      <w:proofErr w:type="spellEnd"/>
      <w:r w:rsidRPr="00DE66DF">
        <w:rPr>
          <w:rFonts w:ascii="Times New Roman" w:hAnsi="Times New Roman" w:cs="Times New Roman"/>
          <w:color w:val="000000"/>
          <w:sz w:val="24"/>
          <w:szCs w:val="24"/>
          <w:lang w:val="hu-HU"/>
        </w:rPr>
        <w:t xml:space="preserve"> </w:t>
      </w:r>
      <w:proofErr w:type="gramStart"/>
      <w:r w:rsidRPr="00DE66DF">
        <w:rPr>
          <w:rFonts w:ascii="Times New Roman" w:hAnsi="Times New Roman" w:cs="Times New Roman"/>
          <w:color w:val="000000"/>
          <w:sz w:val="24"/>
          <w:szCs w:val="24"/>
          <w:lang w:val="hu-HU"/>
        </w:rPr>
        <w:t>cont</w:t>
      </w:r>
      <w:proofErr w:type="gram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obligaţiile</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referitoare</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condiţiile</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muncă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protecţie</w:t>
      </w:r>
      <w:proofErr w:type="spellEnd"/>
      <w:r w:rsidRPr="00DE66DF">
        <w:rPr>
          <w:rFonts w:ascii="Times New Roman" w:hAnsi="Times New Roman" w:cs="Times New Roman"/>
          <w:color w:val="000000"/>
          <w:sz w:val="24"/>
          <w:szCs w:val="24"/>
          <w:lang w:val="hu-HU"/>
        </w:rPr>
        <w:t xml:space="preserve"> a </w:t>
      </w:r>
      <w:proofErr w:type="spellStart"/>
      <w:r w:rsidRPr="00DE66DF">
        <w:rPr>
          <w:rFonts w:ascii="Times New Roman" w:hAnsi="Times New Roman" w:cs="Times New Roman"/>
          <w:color w:val="000000"/>
          <w:sz w:val="24"/>
          <w:szCs w:val="24"/>
          <w:lang w:val="hu-HU"/>
        </w:rPr>
        <w:t>muncii</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şi</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inclus</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costul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pentru</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indeplinirea</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acestor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obligaţii</w:t>
      </w:r>
      <w:proofErr w:type="spellEnd"/>
      <w:r w:rsidRPr="00DE66DF">
        <w:rPr>
          <w:rFonts w:ascii="Times New Roman" w:hAnsi="Times New Roman" w:cs="Times New Roman"/>
          <w:color w:val="000000"/>
          <w:sz w:val="24"/>
          <w:szCs w:val="24"/>
          <w:lang w:val="hu-HU"/>
        </w:rPr>
        <w:t>.</w:t>
      </w:r>
    </w:p>
    <w:p w14:paraId="36AD8C4F" w14:textId="77777777" w:rsidR="00DE66DF" w:rsidRPr="00DE66DF" w:rsidRDefault="00DE66DF" w:rsidP="00A6603C">
      <w:pPr>
        <w:autoSpaceDE w:val="0"/>
        <w:spacing w:after="0" w:line="360" w:lineRule="auto"/>
        <w:jc w:val="both"/>
        <w:rPr>
          <w:rFonts w:ascii="Times New Roman" w:hAnsi="Times New Roman" w:cs="Times New Roman"/>
          <w:sz w:val="24"/>
          <w:szCs w:val="24"/>
          <w:lang w:val="hu-HU"/>
        </w:rPr>
      </w:pPr>
      <w:proofErr w:type="spellStart"/>
      <w:r w:rsidRPr="00DE66DF">
        <w:rPr>
          <w:rFonts w:ascii="Times New Roman" w:hAnsi="Times New Roman" w:cs="Times New Roman"/>
          <w:color w:val="000000"/>
          <w:sz w:val="24"/>
          <w:szCs w:val="24"/>
          <w:lang w:val="hu-HU"/>
        </w:rPr>
        <w:t>Totodată</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ca</w:t>
      </w:r>
      <w:proofErr w:type="spellEnd"/>
      <w:r w:rsidRPr="00DE66DF">
        <w:rPr>
          <w:rFonts w:ascii="Times New Roman" w:hAnsi="Times New Roman" w:cs="Times New Roman"/>
          <w:color w:val="000000"/>
          <w:sz w:val="24"/>
          <w:szCs w:val="24"/>
          <w:lang w:val="hu-HU"/>
        </w:rPr>
        <w:t xml:space="preserve"> am </w:t>
      </w:r>
      <w:proofErr w:type="spellStart"/>
      <w:r w:rsidRPr="00DE66DF">
        <w:rPr>
          <w:rFonts w:ascii="Times New Roman" w:hAnsi="Times New Roman" w:cs="Times New Roman"/>
          <w:color w:val="000000"/>
          <w:sz w:val="24"/>
          <w:szCs w:val="24"/>
          <w:lang w:val="hu-HU"/>
        </w:rPr>
        <w:t>luat</w:t>
      </w:r>
      <w:proofErr w:type="spellEnd"/>
      <w:r w:rsidRPr="00DE66DF">
        <w:rPr>
          <w:rFonts w:ascii="Times New Roman" w:hAnsi="Times New Roman" w:cs="Times New Roman"/>
          <w:color w:val="000000"/>
          <w:sz w:val="24"/>
          <w:szCs w:val="24"/>
          <w:lang w:val="hu-HU"/>
        </w:rPr>
        <w:t xml:space="preserve"> la </w:t>
      </w:r>
      <w:proofErr w:type="spellStart"/>
      <w:r w:rsidRPr="00DE66DF">
        <w:rPr>
          <w:rFonts w:ascii="Times New Roman" w:hAnsi="Times New Roman" w:cs="Times New Roman"/>
          <w:color w:val="000000"/>
          <w:sz w:val="24"/>
          <w:szCs w:val="24"/>
          <w:lang w:val="hu-HU"/>
        </w:rPr>
        <w:t>cunoştinţă</w:t>
      </w:r>
      <w:proofErr w:type="spellEnd"/>
      <w:r w:rsidRPr="00DE66DF">
        <w:rPr>
          <w:rFonts w:ascii="Times New Roman" w:hAnsi="Times New Roman" w:cs="Times New Roman"/>
          <w:color w:val="000000"/>
          <w:sz w:val="24"/>
          <w:szCs w:val="24"/>
          <w:lang w:val="hu-HU"/>
        </w:rPr>
        <w:t xml:space="preserve"> de </w:t>
      </w:r>
      <w:proofErr w:type="spellStart"/>
      <w:r w:rsidRPr="00DE66DF">
        <w:rPr>
          <w:rFonts w:ascii="Times New Roman" w:hAnsi="Times New Roman" w:cs="Times New Roman"/>
          <w:color w:val="000000"/>
          <w:sz w:val="24"/>
          <w:szCs w:val="24"/>
          <w:lang w:val="hu-HU"/>
        </w:rPr>
        <w:t>prevederile</w:t>
      </w:r>
      <w:proofErr w:type="spellEnd"/>
      <w:r w:rsidRPr="00DE66DF">
        <w:rPr>
          <w:rFonts w:ascii="Times New Roman" w:hAnsi="Times New Roman" w:cs="Times New Roman"/>
          <w:color w:val="000000"/>
          <w:sz w:val="24"/>
          <w:szCs w:val="24"/>
          <w:lang w:val="hu-HU"/>
        </w:rPr>
        <w:t xml:space="preserve"> art. </w:t>
      </w:r>
      <w:proofErr w:type="gramStart"/>
      <w:r w:rsidRPr="00DE66DF">
        <w:rPr>
          <w:rFonts w:ascii="Times New Roman" w:hAnsi="Times New Roman" w:cs="Times New Roman"/>
          <w:color w:val="000000"/>
          <w:sz w:val="24"/>
          <w:szCs w:val="24"/>
          <w:lang w:val="hu-HU"/>
        </w:rPr>
        <w:t>326 «</w:t>
      </w:r>
      <w:proofErr w:type="gramEnd"/>
      <w:r w:rsidRPr="00DE66DF">
        <w:rPr>
          <w:rFonts w:ascii="Times New Roman" w:hAnsi="Times New Roman" w:cs="Times New Roman"/>
          <w:color w:val="000000"/>
          <w:sz w:val="24"/>
          <w:szCs w:val="24"/>
          <w:lang w:val="hu-HU"/>
        </w:rPr>
        <w:t xml:space="preserve"> Falsul </w:t>
      </w:r>
      <w:proofErr w:type="spellStart"/>
      <w:r w:rsidRPr="00DE66DF">
        <w:rPr>
          <w:rFonts w:ascii="Times New Roman" w:hAnsi="Times New Roman" w:cs="Times New Roman"/>
          <w:color w:val="000000"/>
          <w:sz w:val="24"/>
          <w:szCs w:val="24"/>
          <w:lang w:val="hu-HU"/>
        </w:rPr>
        <w:t>în</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Declaraţii</w:t>
      </w:r>
      <w:proofErr w:type="spellEnd"/>
      <w:r w:rsidRPr="00DE66DF">
        <w:rPr>
          <w:rFonts w:ascii="Times New Roman" w:hAnsi="Times New Roman" w:cs="Times New Roman"/>
          <w:color w:val="000000"/>
          <w:sz w:val="24"/>
          <w:szCs w:val="24"/>
          <w:lang w:val="hu-HU"/>
        </w:rPr>
        <w:t xml:space="preserve"> » din </w:t>
      </w:r>
      <w:proofErr w:type="spellStart"/>
      <w:r w:rsidRPr="00DE66DF">
        <w:rPr>
          <w:rFonts w:ascii="Times New Roman" w:hAnsi="Times New Roman" w:cs="Times New Roman"/>
          <w:color w:val="000000"/>
          <w:sz w:val="24"/>
          <w:szCs w:val="24"/>
          <w:lang w:val="hu-HU"/>
        </w:rPr>
        <w:t>Codul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Penal</w:t>
      </w:r>
      <w:proofErr w:type="spellEnd"/>
      <w:r w:rsidRPr="00DE66DF">
        <w:rPr>
          <w:rFonts w:ascii="Times New Roman" w:hAnsi="Times New Roman" w:cs="Times New Roman"/>
          <w:color w:val="000000"/>
          <w:sz w:val="24"/>
          <w:szCs w:val="24"/>
          <w:lang w:val="hu-HU"/>
        </w:rPr>
        <w:t xml:space="preserve"> </w:t>
      </w:r>
      <w:proofErr w:type="spellStart"/>
      <w:r w:rsidRPr="00DE66DF">
        <w:rPr>
          <w:rFonts w:ascii="Times New Roman" w:hAnsi="Times New Roman" w:cs="Times New Roman"/>
          <w:color w:val="000000"/>
          <w:sz w:val="24"/>
          <w:szCs w:val="24"/>
          <w:lang w:val="hu-HU"/>
        </w:rPr>
        <w:t>referitor</w:t>
      </w:r>
      <w:proofErr w:type="spellEnd"/>
      <w:r w:rsidRPr="00DE66DF">
        <w:rPr>
          <w:rFonts w:ascii="Times New Roman" w:hAnsi="Times New Roman" w:cs="Times New Roman"/>
          <w:color w:val="000000"/>
          <w:sz w:val="24"/>
          <w:szCs w:val="24"/>
          <w:lang w:val="hu-HU"/>
        </w:rPr>
        <w:t xml:space="preserve"> la </w:t>
      </w:r>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Declararea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necorespunzătoare</w:t>
      </w:r>
      <w:proofErr w:type="spellEnd"/>
      <w:r w:rsidRPr="00DE66DF">
        <w:rPr>
          <w:rFonts w:ascii="Times New Roman" w:hAnsi="Times New Roman" w:cs="Times New Roman"/>
          <w:i/>
          <w:iCs/>
          <w:color w:val="000000"/>
          <w:sz w:val="24"/>
          <w:szCs w:val="24"/>
          <w:lang w:val="hu-HU"/>
        </w:rPr>
        <w:t xml:space="preserve"> a </w:t>
      </w:r>
      <w:proofErr w:type="spellStart"/>
      <w:r w:rsidRPr="00DE66DF">
        <w:rPr>
          <w:rFonts w:ascii="Times New Roman" w:hAnsi="Times New Roman" w:cs="Times New Roman"/>
          <w:i/>
          <w:iCs/>
          <w:color w:val="000000"/>
          <w:sz w:val="24"/>
          <w:szCs w:val="24"/>
          <w:lang w:val="hu-HU"/>
        </w:rPr>
        <w:t>adevărului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făcută</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unui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organ</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sau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instituţii</w:t>
      </w:r>
      <w:proofErr w:type="spellEnd"/>
      <w:r w:rsidRPr="00DE66DF">
        <w:rPr>
          <w:rFonts w:ascii="Times New Roman" w:hAnsi="Times New Roman" w:cs="Times New Roman"/>
          <w:i/>
          <w:iCs/>
          <w:color w:val="000000"/>
          <w:sz w:val="24"/>
          <w:szCs w:val="24"/>
          <w:lang w:val="hu-HU"/>
        </w:rPr>
        <w:t xml:space="preserve"> de </w:t>
      </w:r>
      <w:proofErr w:type="spellStart"/>
      <w:r w:rsidRPr="00DE66DF">
        <w:rPr>
          <w:rFonts w:ascii="Times New Roman" w:hAnsi="Times New Roman" w:cs="Times New Roman"/>
          <w:i/>
          <w:iCs/>
          <w:color w:val="000000"/>
          <w:sz w:val="24"/>
          <w:szCs w:val="24"/>
          <w:lang w:val="hu-HU"/>
        </w:rPr>
        <w:t>stat</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ori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unei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alte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unităţi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în</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vederea</w:t>
      </w:r>
      <w:proofErr w:type="spellEnd"/>
      <w:r w:rsidRPr="00DE66DF">
        <w:rPr>
          <w:rFonts w:ascii="Times New Roman" w:hAnsi="Times New Roman" w:cs="Times New Roman"/>
          <w:i/>
          <w:iCs/>
          <w:color w:val="000000"/>
          <w:sz w:val="24"/>
          <w:szCs w:val="24"/>
          <w:lang w:val="hu-HU"/>
        </w:rPr>
        <w:t xml:space="preserve"> producerii </w:t>
      </w:r>
      <w:proofErr w:type="spellStart"/>
      <w:r w:rsidRPr="00DE66DF">
        <w:rPr>
          <w:rFonts w:ascii="Times New Roman" w:hAnsi="Times New Roman" w:cs="Times New Roman"/>
          <w:i/>
          <w:iCs/>
          <w:color w:val="000000"/>
          <w:sz w:val="24"/>
          <w:szCs w:val="24"/>
          <w:lang w:val="hu-HU"/>
        </w:rPr>
        <w:t>unei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consecinţe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juridice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pentru</w:t>
      </w:r>
      <w:proofErr w:type="spellEnd"/>
      <w:r w:rsidRPr="00DE66DF">
        <w:rPr>
          <w:rFonts w:ascii="Times New Roman" w:hAnsi="Times New Roman" w:cs="Times New Roman"/>
          <w:i/>
          <w:iCs/>
          <w:color w:val="000000"/>
          <w:sz w:val="24"/>
          <w:szCs w:val="24"/>
          <w:lang w:val="hu-HU"/>
        </w:rPr>
        <w:t xml:space="preserve"> sine </w:t>
      </w:r>
      <w:proofErr w:type="spellStart"/>
      <w:r w:rsidRPr="00DE66DF">
        <w:rPr>
          <w:rFonts w:ascii="Times New Roman" w:hAnsi="Times New Roman" w:cs="Times New Roman"/>
          <w:i/>
          <w:iCs/>
          <w:color w:val="000000"/>
          <w:sz w:val="24"/>
          <w:szCs w:val="24"/>
          <w:lang w:val="hu-HU"/>
        </w:rPr>
        <w:t>sau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pentru</w:t>
      </w:r>
      <w:proofErr w:type="spellEnd"/>
      <w:r w:rsidRPr="00DE66DF">
        <w:rPr>
          <w:rFonts w:ascii="Times New Roman" w:hAnsi="Times New Roman" w:cs="Times New Roman"/>
          <w:i/>
          <w:iCs/>
          <w:color w:val="000000"/>
          <w:sz w:val="24"/>
          <w:szCs w:val="24"/>
          <w:lang w:val="hu-HU"/>
        </w:rPr>
        <w:t xml:space="preserve"> altul, </w:t>
      </w:r>
      <w:proofErr w:type="spellStart"/>
      <w:r w:rsidRPr="00DE66DF">
        <w:rPr>
          <w:rFonts w:ascii="Times New Roman" w:hAnsi="Times New Roman" w:cs="Times New Roman"/>
          <w:i/>
          <w:iCs/>
          <w:color w:val="000000"/>
          <w:sz w:val="24"/>
          <w:szCs w:val="24"/>
          <w:lang w:val="hu-HU"/>
        </w:rPr>
        <w:t>atunci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când</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potrivit</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legii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ori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împrejurărilor</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declaraţia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făcută</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serveşte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pentru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producerea</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acelei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consecinţe</w:t>
      </w:r>
      <w:proofErr w:type="spellEnd"/>
      <w:r w:rsidRPr="00DE66DF">
        <w:rPr>
          <w:rFonts w:ascii="Times New Roman" w:hAnsi="Times New Roman" w:cs="Times New Roman"/>
          <w:i/>
          <w:iCs/>
          <w:color w:val="000000"/>
          <w:sz w:val="24"/>
          <w:szCs w:val="24"/>
          <w:lang w:val="hu-HU"/>
        </w:rPr>
        <w:t xml:space="preserve">, se </w:t>
      </w:r>
      <w:proofErr w:type="spellStart"/>
      <w:r w:rsidRPr="00DE66DF">
        <w:rPr>
          <w:rFonts w:ascii="Times New Roman" w:hAnsi="Times New Roman" w:cs="Times New Roman"/>
          <w:i/>
          <w:iCs/>
          <w:color w:val="000000"/>
          <w:sz w:val="24"/>
          <w:szCs w:val="24"/>
          <w:lang w:val="hu-HU"/>
        </w:rPr>
        <w:t>pedepseşte</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închisoare</w:t>
      </w:r>
      <w:proofErr w:type="spellEnd"/>
      <w:r w:rsidRPr="00DE66DF">
        <w:rPr>
          <w:rFonts w:ascii="Times New Roman" w:hAnsi="Times New Roman" w:cs="Times New Roman"/>
          <w:i/>
          <w:iCs/>
          <w:color w:val="000000"/>
          <w:sz w:val="24"/>
          <w:szCs w:val="24"/>
          <w:lang w:val="hu-HU"/>
        </w:rPr>
        <w:t xml:space="preserve"> de la 3 </w:t>
      </w:r>
      <w:proofErr w:type="spellStart"/>
      <w:r w:rsidRPr="00DE66DF">
        <w:rPr>
          <w:rFonts w:ascii="Times New Roman" w:hAnsi="Times New Roman" w:cs="Times New Roman"/>
          <w:i/>
          <w:iCs/>
          <w:color w:val="000000"/>
          <w:sz w:val="24"/>
          <w:szCs w:val="24"/>
          <w:lang w:val="hu-HU"/>
        </w:rPr>
        <w:t>luni</w:t>
      </w:r>
      <w:proofErr w:type="spellEnd"/>
      <w:r w:rsidRPr="00DE66DF">
        <w:rPr>
          <w:rFonts w:ascii="Times New Roman" w:hAnsi="Times New Roman" w:cs="Times New Roman"/>
          <w:i/>
          <w:iCs/>
          <w:color w:val="000000"/>
          <w:sz w:val="24"/>
          <w:szCs w:val="24"/>
          <w:lang w:val="hu-HU"/>
        </w:rPr>
        <w:t xml:space="preserve"> la 2 </w:t>
      </w:r>
      <w:proofErr w:type="spellStart"/>
      <w:r w:rsidRPr="00DE66DF">
        <w:rPr>
          <w:rFonts w:ascii="Times New Roman" w:hAnsi="Times New Roman" w:cs="Times New Roman"/>
          <w:i/>
          <w:iCs/>
          <w:color w:val="000000"/>
          <w:sz w:val="24"/>
          <w:szCs w:val="24"/>
          <w:lang w:val="hu-HU"/>
        </w:rPr>
        <w:t>ani</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sau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cu</w:t>
      </w:r>
      <w:proofErr w:type="spellEnd"/>
      <w:r w:rsidRPr="00DE66DF">
        <w:rPr>
          <w:rFonts w:ascii="Times New Roman" w:hAnsi="Times New Roman" w:cs="Times New Roman"/>
          <w:i/>
          <w:iCs/>
          <w:color w:val="000000"/>
          <w:sz w:val="24"/>
          <w:szCs w:val="24"/>
          <w:lang w:val="hu-HU"/>
        </w:rPr>
        <w:t xml:space="preserve"> </w:t>
      </w:r>
      <w:proofErr w:type="spellStart"/>
      <w:r w:rsidRPr="00DE66DF">
        <w:rPr>
          <w:rFonts w:ascii="Times New Roman" w:hAnsi="Times New Roman" w:cs="Times New Roman"/>
          <w:i/>
          <w:iCs/>
          <w:color w:val="000000"/>
          <w:sz w:val="24"/>
          <w:szCs w:val="24"/>
          <w:lang w:val="hu-HU"/>
        </w:rPr>
        <w:t>amenda</w:t>
      </w:r>
      <w:proofErr w:type="spellEnd"/>
      <w:r w:rsidRPr="00DE66DF">
        <w:rPr>
          <w:rFonts w:ascii="Times New Roman" w:hAnsi="Times New Roman" w:cs="Times New Roman"/>
          <w:i/>
          <w:iCs/>
          <w:color w:val="000000"/>
          <w:sz w:val="24"/>
          <w:szCs w:val="24"/>
          <w:lang w:val="hu-HU"/>
        </w:rPr>
        <w:t xml:space="preserve"> »</w:t>
      </w:r>
    </w:p>
    <w:p w14:paraId="3AEC862C" w14:textId="77D7E8A5"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 xml:space="preserve">Data </w:t>
      </w:r>
      <w:proofErr w:type="spellStart"/>
      <w:proofErr w:type="gramStart"/>
      <w:r w:rsidRPr="00DE66DF">
        <w:rPr>
          <w:rFonts w:ascii="Times New Roman" w:hAnsi="Times New Roman" w:cs="Times New Roman"/>
          <w:color w:val="000000"/>
          <w:sz w:val="24"/>
          <w:szCs w:val="24"/>
          <w:lang w:val="hu-HU"/>
        </w:rPr>
        <w:t>completării</w:t>
      </w:r>
      <w:proofErr w:type="spellEnd"/>
      <w:r w:rsidRPr="00DE66DF">
        <w:rPr>
          <w:rFonts w:ascii="Times New Roman" w:hAnsi="Times New Roman" w:cs="Times New Roman"/>
          <w:color w:val="000000"/>
          <w:sz w:val="24"/>
          <w:szCs w:val="24"/>
          <w:lang w:val="hu-HU"/>
        </w:rPr>
        <w:t xml:space="preserve"> :</w:t>
      </w:r>
      <w:proofErr w:type="gramEnd"/>
      <w:r w:rsidRPr="00DE66DF">
        <w:rPr>
          <w:rFonts w:ascii="Times New Roman" w:hAnsi="Times New Roman" w:cs="Times New Roman"/>
          <w:color w:val="000000"/>
          <w:sz w:val="24"/>
          <w:szCs w:val="24"/>
          <w:lang w:val="hu-HU"/>
        </w:rPr>
        <w:t xml:space="preserve"> </w:t>
      </w:r>
      <w:r w:rsidR="005A061B">
        <w:rPr>
          <w:rFonts w:ascii="Times New Roman" w:hAnsi="Times New Roman" w:cs="Times New Roman"/>
          <w:color w:val="000000"/>
          <w:sz w:val="24"/>
          <w:szCs w:val="24"/>
          <w:lang w:val="hu-HU"/>
        </w:rPr>
        <w:t>…………………..</w:t>
      </w:r>
    </w:p>
    <w:p w14:paraId="1EE406CD" w14:textId="77777777" w:rsidR="00DE66DF" w:rsidRPr="00DE66DF" w:rsidRDefault="00DE66DF" w:rsidP="00A6603C">
      <w:pPr>
        <w:autoSpaceDE w:val="0"/>
        <w:spacing w:after="0" w:line="360" w:lineRule="auto"/>
        <w:jc w:val="both"/>
        <w:rPr>
          <w:rFonts w:ascii="Times New Roman" w:hAnsi="Times New Roman" w:cs="Times New Roman"/>
          <w:color w:val="000000"/>
          <w:sz w:val="24"/>
          <w:szCs w:val="24"/>
          <w:lang w:val="hu-HU"/>
        </w:rPr>
      </w:pPr>
    </w:p>
    <w:p w14:paraId="2CE59E85" w14:textId="77777777" w:rsidR="00DE66DF" w:rsidRPr="00DE66DF" w:rsidRDefault="00DE66DF" w:rsidP="00A6603C">
      <w:pPr>
        <w:autoSpaceDE w:val="0"/>
        <w:spacing w:after="0" w:line="360" w:lineRule="auto"/>
        <w:jc w:val="center"/>
        <w:rPr>
          <w:rFonts w:ascii="Times New Roman" w:hAnsi="Times New Roman" w:cs="Times New Roman"/>
          <w:color w:val="000000"/>
          <w:sz w:val="24"/>
          <w:szCs w:val="24"/>
          <w:lang w:val="hu-HU"/>
        </w:rPr>
      </w:pPr>
      <w:r w:rsidRPr="00DE66DF">
        <w:rPr>
          <w:rFonts w:ascii="Times New Roman" w:hAnsi="Times New Roman" w:cs="Times New Roman"/>
          <w:color w:val="000000"/>
          <w:sz w:val="24"/>
          <w:szCs w:val="24"/>
          <w:lang w:val="hu-HU"/>
        </w:rPr>
        <w:t>OPERATOR ECONOMIC,</w:t>
      </w:r>
    </w:p>
    <w:p w14:paraId="7AD70EFE" w14:textId="037AC4CC" w:rsidR="00DE66DF" w:rsidRPr="00DE66DF" w:rsidRDefault="005A061B" w:rsidP="00676591">
      <w:pPr>
        <w:autoSpaceDE w:val="0"/>
        <w:spacing w:after="0" w:line="360" w:lineRule="auto"/>
        <w:jc w:val="center"/>
        <w:rPr>
          <w:rFonts w:ascii="Times New Roman" w:hAnsi="Times New Roman" w:cs="Times New Roman"/>
          <w:color w:val="000000"/>
          <w:sz w:val="24"/>
          <w:szCs w:val="24"/>
          <w:lang w:val="hu-HU"/>
        </w:rPr>
      </w:pPr>
      <w:r>
        <w:rPr>
          <w:rFonts w:ascii="Times New Roman" w:hAnsi="Times New Roman" w:cs="Times New Roman"/>
          <w:sz w:val="24"/>
          <w:lang w:val="ro-RO"/>
        </w:rPr>
        <w:t>...........................................</w:t>
      </w:r>
    </w:p>
    <w:p w14:paraId="276731DE" w14:textId="77777777" w:rsidR="00DE66DF" w:rsidRPr="00DE66DF" w:rsidRDefault="00DE66DF" w:rsidP="00A6603C">
      <w:pPr>
        <w:autoSpaceDE w:val="0"/>
        <w:spacing w:after="0" w:line="360" w:lineRule="auto"/>
        <w:jc w:val="center"/>
        <w:rPr>
          <w:rFonts w:ascii="Times New Roman" w:hAnsi="Times New Roman" w:cs="Times New Roman"/>
          <w:sz w:val="24"/>
          <w:szCs w:val="24"/>
        </w:rPr>
      </w:pPr>
      <w:r w:rsidRPr="00DE66DF">
        <w:rPr>
          <w:rFonts w:ascii="Times New Roman" w:hAnsi="Times New Roman" w:cs="Times New Roman"/>
          <w:b/>
          <w:bCs/>
          <w:color w:val="000000"/>
          <w:sz w:val="24"/>
          <w:szCs w:val="24"/>
          <w:lang w:val="hu-HU"/>
        </w:rPr>
        <w:t>.....................................................</w:t>
      </w:r>
    </w:p>
    <w:p w14:paraId="14DFEB66" w14:textId="77777777" w:rsidR="00DE66DF" w:rsidRPr="00DE66DF" w:rsidRDefault="00DE66DF" w:rsidP="00A6603C">
      <w:pPr>
        <w:spacing w:after="0"/>
        <w:rPr>
          <w:rFonts w:ascii="Times New Roman" w:hAnsi="Times New Roman" w:cs="Times New Roman"/>
          <w:sz w:val="24"/>
          <w:szCs w:val="24"/>
        </w:rPr>
      </w:pPr>
    </w:p>
    <w:sectPr w:rsidR="00DE66DF" w:rsidRPr="00DE66DF" w:rsidSect="00034616">
      <w:headerReference w:type="default"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840E2" w14:textId="77777777" w:rsidR="00A91209" w:rsidRDefault="00A91209">
      <w:pPr>
        <w:spacing w:after="0" w:line="240" w:lineRule="auto"/>
      </w:pPr>
      <w:r>
        <w:separator/>
      </w:r>
    </w:p>
  </w:endnote>
  <w:endnote w:type="continuationSeparator" w:id="0">
    <w:p w14:paraId="5A173C71" w14:textId="77777777" w:rsidR="00A91209" w:rsidRDefault="00A91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5A0DB" w14:textId="77777777" w:rsidR="00822BC5" w:rsidRDefault="00A91209">
    <w:pPr>
      <w:pStyle w:val="Footer"/>
      <w:jc w:val="center"/>
    </w:pPr>
    <w:r>
      <w:rPr>
        <w:color w:val="787878"/>
        <w:sz w:val="18"/>
      </w:rPr>
      <w:t xml:space="preserve">Achiziție Directă Lucrări - Pagina </w:t>
    </w:r>
    <w:r>
      <w:fldChar w:fldCharType="begin"/>
    </w:r>
    <w:r>
      <w:instrText>PAGE</w:instrText>
    </w:r>
    <w:r>
      <w:fldChar w:fldCharType="separate"/>
    </w:r>
    <w:r w:rsidR="00DE66DF">
      <w:rPr>
        <w:noProof/>
      </w:rPr>
      <w:t>1</w:t>
    </w:r>
    <w:r>
      <w:fldChar w:fldCharType="end"/>
    </w:r>
    <w:r>
      <w:rPr>
        <w:color w:val="787878"/>
        <w:sz w:val="18"/>
      </w:rPr>
      <w:t xml:space="preserve"> din </w:t>
    </w:r>
    <w:r>
      <w:fldChar w:fldCharType="begin"/>
    </w:r>
    <w:r>
      <w:instrText>NUMPAGES</w:instrText>
    </w:r>
    <w:r>
      <w:fldChar w:fldCharType="separate"/>
    </w:r>
    <w:r w:rsidR="00DE66D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CAA82" w14:textId="77777777" w:rsidR="00A91209" w:rsidRDefault="00A91209">
      <w:pPr>
        <w:spacing w:after="0" w:line="240" w:lineRule="auto"/>
      </w:pPr>
      <w:r>
        <w:separator/>
      </w:r>
    </w:p>
  </w:footnote>
  <w:footnote w:type="continuationSeparator" w:id="0">
    <w:p w14:paraId="31963108" w14:textId="77777777" w:rsidR="00A91209" w:rsidRDefault="00A91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B8384" w14:textId="77777777" w:rsidR="00822BC5" w:rsidRDefault="00A91209">
    <w:pPr>
      <w:pStyle w:val="Header"/>
      <w:jc w:val="right"/>
    </w:pPr>
    <w:r>
      <w:rPr>
        <w:color w:val="787878"/>
        <w:sz w:val="17"/>
      </w:rPr>
      <w:t>UAT COMUNA REMETEA | Formulare de Ofertă - Trotuare DJ153C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193755"/>
    <w:multiLevelType w:val="hybridMultilevel"/>
    <w:tmpl w:val="257EA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9D28BD"/>
    <w:multiLevelType w:val="hybridMultilevel"/>
    <w:tmpl w:val="17C4402C"/>
    <w:lvl w:ilvl="0" w:tplc="0418000F">
      <w:start w:val="1"/>
      <w:numFmt w:val="decimal"/>
      <w:pStyle w:val="SubtitluCharCha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EDD"/>
    <w:rsid w:val="0015074B"/>
    <w:rsid w:val="00195AD9"/>
    <w:rsid w:val="0029639D"/>
    <w:rsid w:val="00326F90"/>
    <w:rsid w:val="0059171F"/>
    <w:rsid w:val="005A061B"/>
    <w:rsid w:val="00676591"/>
    <w:rsid w:val="00822BC5"/>
    <w:rsid w:val="00A6603C"/>
    <w:rsid w:val="00A91209"/>
    <w:rsid w:val="00AA1D8D"/>
    <w:rsid w:val="00B47730"/>
    <w:rsid w:val="00B72C5C"/>
    <w:rsid w:val="00CB0664"/>
    <w:rsid w:val="00DE66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02B11"/>
  <w14:defaultImageDpi w14:val="300"/>
  <w15:docId w15:val="{83931FF3-F548-4ED7-8DC4-D26862AE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828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Paragraph,body 2,List Paragraph1,Forth level"/>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DE66D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rsid w:val="00DE66DF"/>
    <w:rPr>
      <w:rFonts w:cs="Times New Roman"/>
      <w:color w:val="0000FF"/>
      <w:u w:val="single"/>
    </w:rPr>
  </w:style>
  <w:style w:type="character" w:customStyle="1" w:styleId="ListParagraphChar">
    <w:name w:val="List Paragraph Char"/>
    <w:aliases w:val="Paragraph Char,body 2 Char,List Paragraph1 Char,Forth level Char"/>
    <w:link w:val="ListParagraph"/>
    <w:uiPriority w:val="34"/>
    <w:locked/>
    <w:rsid w:val="00DE66DF"/>
    <w:rPr>
      <w:rFonts w:ascii="Calibri" w:hAnsi="Calibri"/>
      <w:color w:val="282828"/>
    </w:rPr>
  </w:style>
  <w:style w:type="paragraph" w:customStyle="1" w:styleId="SubtitluCharChar">
    <w:name w:val="Subtitlu Char Char"/>
    <w:basedOn w:val="Heading2"/>
    <w:rsid w:val="00195AD9"/>
    <w:pPr>
      <w:keepLines w:val="0"/>
      <w:numPr>
        <w:numId w:val="11"/>
      </w:numPr>
      <w:pBdr>
        <w:top w:val="single" w:sz="4" w:space="1" w:color="FFFFFF"/>
        <w:left w:val="single" w:sz="4" w:space="1" w:color="FFFFFF"/>
        <w:bottom w:val="single" w:sz="4" w:space="1" w:color="FFFFFF"/>
        <w:right w:val="single" w:sz="4" w:space="1" w:color="FFFFFF"/>
      </w:pBdr>
      <w:shd w:val="clear" w:color="auto" w:fill="FFFFFF"/>
      <w:tabs>
        <w:tab w:val="num" w:pos="360"/>
        <w:tab w:val="left" w:pos="1134"/>
      </w:tabs>
      <w:suppressAutoHyphens/>
      <w:spacing w:before="240" w:after="200" w:line="240" w:lineRule="auto"/>
      <w:ind w:left="360"/>
    </w:pPr>
    <w:rPr>
      <w:rFonts w:ascii="Arial" w:eastAsia="Times New Roman" w:hAnsi="Arial" w:cs="Arial"/>
      <w:caps/>
      <w:color w:val="auto"/>
      <w:sz w:val="24"/>
      <w:szCs w:val="24"/>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3965</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G10 Office</cp:lastModifiedBy>
  <cp:revision>2</cp:revision>
  <dcterms:created xsi:type="dcterms:W3CDTF">2026-10-02T09:01:00Z</dcterms:created>
  <dcterms:modified xsi:type="dcterms:W3CDTF">2026-10-02T09:01:00Z</dcterms:modified>
  <cp:category/>
</cp:coreProperties>
</file>